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ADAE4" w14:textId="695CA1A8" w:rsidR="00302FC0" w:rsidRDefault="00344064" w:rsidP="000A4CCA">
      <w:pPr>
        <w:rPr>
          <w:rFonts w:ascii="Komet Pro Regular" w:hAnsi="Komet Pro Regular"/>
          <w:b/>
          <w:sz w:val="24"/>
          <w:szCs w:val="24"/>
        </w:rPr>
      </w:pPr>
      <w:r>
        <w:rPr>
          <w:rFonts w:ascii="Komet Pro Regular" w:hAnsi="Komet Pro Regular"/>
          <w:b/>
          <w:noProof/>
          <w:color w:val="FF0000"/>
          <w:sz w:val="20"/>
          <w:szCs w:val="20"/>
        </w:rPr>
        <w:drawing>
          <wp:anchor distT="0" distB="0" distL="114300" distR="114300" simplePos="0" relativeHeight="251658245" behindDoc="0" locked="0" layoutInCell="1" allowOverlap="1" wp14:anchorId="6B30B6BA" wp14:editId="502424DF">
            <wp:simplePos x="0" y="0"/>
            <wp:positionH relativeFrom="column">
              <wp:posOffset>4937760</wp:posOffset>
            </wp:positionH>
            <wp:positionV relativeFrom="paragraph">
              <wp:posOffset>-313055</wp:posOffset>
            </wp:positionV>
            <wp:extent cx="638175" cy="729593"/>
            <wp:effectExtent l="0" t="0" r="0" b="0"/>
            <wp:wrapNone/>
            <wp:docPr id="16389332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3325" name="Grafik 16389332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295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omet Pro Regular" w:hAnsi="Komet Pro Regular"/>
          <w:noProof/>
          <w:sz w:val="20"/>
          <w:szCs w:val="20"/>
        </w:rPr>
        <w:drawing>
          <wp:anchor distT="0" distB="0" distL="114300" distR="114300" simplePos="0" relativeHeight="251658250" behindDoc="0" locked="0" layoutInCell="1" allowOverlap="1" wp14:anchorId="6A54897A" wp14:editId="16D1F235">
            <wp:simplePos x="0" y="0"/>
            <wp:positionH relativeFrom="page">
              <wp:posOffset>6447818</wp:posOffset>
            </wp:positionH>
            <wp:positionV relativeFrom="page">
              <wp:posOffset>595630</wp:posOffset>
            </wp:positionV>
            <wp:extent cx="600075" cy="760766"/>
            <wp:effectExtent l="0" t="0" r="0" b="1270"/>
            <wp:wrapNone/>
            <wp:docPr id="186363006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30064" name="Grafik 186363006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60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C9">
        <w:rPr>
          <w:rFonts w:ascii="Komet Pro Regular" w:hAnsi="Komet Pro Regular"/>
          <w:noProof/>
          <w:sz w:val="20"/>
          <w:szCs w:val="20"/>
        </w:rPr>
        <w:drawing>
          <wp:anchor distT="0" distB="0" distL="114300" distR="114300" simplePos="0" relativeHeight="251658244" behindDoc="1" locked="0" layoutInCell="1" allowOverlap="1" wp14:anchorId="36E3026D" wp14:editId="4D064702">
            <wp:simplePos x="0" y="0"/>
            <wp:positionH relativeFrom="column">
              <wp:posOffset>4543425</wp:posOffset>
            </wp:positionH>
            <wp:positionV relativeFrom="paragraph">
              <wp:posOffset>-1038225</wp:posOffset>
            </wp:positionV>
            <wp:extent cx="2937510" cy="1032510"/>
            <wp:effectExtent l="0" t="0" r="0" b="0"/>
            <wp:wrapNone/>
            <wp:docPr id="67473543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35439" name="Grafik 6747354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414" w:rsidRPr="00B526FF">
        <w:rPr>
          <w:rFonts w:ascii="Neo Tech Std Medium" w:hAnsi="Neo Tech Std Medium"/>
          <w:b/>
          <w:color w:val="EE0000"/>
          <w:sz w:val="24"/>
          <w:szCs w:val="24"/>
        </w:rPr>
        <w:t>MEDIEN – Akkreditierung</w:t>
      </w:r>
      <w:r w:rsidR="000C3414" w:rsidRPr="00EC14B6">
        <w:rPr>
          <w:rFonts w:ascii="Neo Tech Std Medium" w:hAnsi="Neo Tech Std Medium"/>
          <w:b/>
          <w:color w:val="C00000"/>
          <w:sz w:val="24"/>
          <w:szCs w:val="24"/>
        </w:rPr>
        <w:br/>
      </w:r>
      <w:r w:rsidR="000A4CCA" w:rsidRPr="00EC14B6">
        <w:rPr>
          <w:rFonts w:ascii="Komet Pro Regular" w:hAnsi="Komet Pro Regular"/>
          <w:b/>
          <w:sz w:val="24"/>
          <w:szCs w:val="24"/>
        </w:rPr>
        <w:t>D</w:t>
      </w:r>
      <w:r w:rsidR="0049058F">
        <w:rPr>
          <w:rFonts w:ascii="Komet Pro Regular" w:hAnsi="Komet Pro Regular"/>
          <w:b/>
          <w:sz w:val="24"/>
          <w:szCs w:val="24"/>
        </w:rPr>
        <w:t>EKRA</w:t>
      </w:r>
      <w:r w:rsidR="000A4CCA" w:rsidRPr="00EC14B6">
        <w:rPr>
          <w:rFonts w:ascii="Komet Pro Regular" w:hAnsi="Komet Pro Regular"/>
          <w:b/>
          <w:sz w:val="24"/>
          <w:szCs w:val="24"/>
        </w:rPr>
        <w:t xml:space="preserve"> 1. </w:t>
      </w:r>
      <w:r w:rsidR="00EA19A2">
        <w:rPr>
          <w:rFonts w:ascii="Komet Pro Regular" w:hAnsi="Komet Pro Regular"/>
          <w:b/>
          <w:sz w:val="24"/>
          <w:szCs w:val="24"/>
        </w:rPr>
        <w:t xml:space="preserve"> Volleyball </w:t>
      </w:r>
      <w:r w:rsidR="000A4CCA" w:rsidRPr="00EC14B6">
        <w:rPr>
          <w:rFonts w:ascii="Komet Pro Regular" w:hAnsi="Komet Pro Regular"/>
          <w:b/>
          <w:sz w:val="24"/>
          <w:szCs w:val="24"/>
        </w:rPr>
        <w:t>Bundesliga</w:t>
      </w:r>
      <w:r w:rsidR="00E1062A">
        <w:rPr>
          <w:rFonts w:ascii="Komet Pro Regular" w:hAnsi="Komet Pro Regular"/>
          <w:b/>
          <w:sz w:val="24"/>
          <w:szCs w:val="24"/>
        </w:rPr>
        <w:t xml:space="preserve"> der</w:t>
      </w:r>
      <w:r w:rsidR="00450B75" w:rsidRPr="00EC14B6">
        <w:rPr>
          <w:rFonts w:ascii="Komet Pro Regular" w:hAnsi="Komet Pro Regular"/>
          <w:b/>
          <w:sz w:val="24"/>
          <w:szCs w:val="24"/>
        </w:rPr>
        <w:t xml:space="preserve"> Frauen – Saison 2026 / 2027</w:t>
      </w:r>
    </w:p>
    <w:p w14:paraId="3605DE1A" w14:textId="3A113341" w:rsidR="001E6C36" w:rsidRDefault="00766EAD" w:rsidP="00006F79">
      <w:pPr>
        <w:spacing w:after="0"/>
        <w:rPr>
          <w:rFonts w:ascii="Komet Pro Regular" w:hAnsi="Komet Pro Regular"/>
          <w:b/>
          <w:sz w:val="20"/>
          <w:szCs w:val="20"/>
        </w:rPr>
      </w:pPr>
      <w:r w:rsidRPr="001A14C7">
        <w:rPr>
          <w:rFonts w:ascii="Komet Pro Regular" w:hAnsi="Komet Pro Regular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9BF66E4" wp14:editId="216CB644">
                <wp:simplePos x="0" y="0"/>
                <wp:positionH relativeFrom="column">
                  <wp:posOffset>-53340</wp:posOffset>
                </wp:positionH>
                <wp:positionV relativeFrom="paragraph">
                  <wp:posOffset>49530</wp:posOffset>
                </wp:positionV>
                <wp:extent cx="6381750" cy="0"/>
                <wp:effectExtent l="0" t="0" r="0" b="0"/>
                <wp:wrapNone/>
                <wp:docPr id="1026658967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44A5F3" id="Gerader Verbinder 1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3.9pt" to="498.3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" strokecolor="#e00" strokeweight="1pt"/>
            </w:pict>
          </mc:Fallback>
        </mc:AlternateContent>
      </w:r>
    </w:p>
    <w:p w14:paraId="3E10D550" w14:textId="698F69A8" w:rsidR="00697DFA" w:rsidRDefault="00697DFA" w:rsidP="00006F79">
      <w:pPr>
        <w:spacing w:after="0"/>
        <w:rPr>
          <w:rFonts w:ascii="Komet Pro Regular" w:hAnsi="Komet Pro Regular"/>
          <w:bCs/>
          <w:sz w:val="20"/>
          <w:szCs w:val="20"/>
        </w:rPr>
      </w:pPr>
      <w:r w:rsidRPr="00B526FF">
        <w:rPr>
          <w:rFonts w:ascii="Komet Pro Regular" w:hAnsi="Komet Pro Regular"/>
          <w:b/>
          <w:color w:val="EE0000"/>
          <w:sz w:val="24"/>
          <w:szCs w:val="24"/>
        </w:rPr>
        <w:t>Bereich:</w:t>
      </w:r>
      <w:r w:rsidR="004F3EA1">
        <w:rPr>
          <w:rFonts w:ascii="Komet Pro Regular" w:hAnsi="Komet Pro Regular"/>
          <w:bCs/>
          <w:sz w:val="20"/>
          <w:szCs w:val="20"/>
        </w:rPr>
        <w:tab/>
      </w:r>
      <w:r w:rsidR="004F3EA1">
        <w:rPr>
          <w:rFonts w:ascii="Komet Pro Regular" w:hAnsi="Komet Pro Regular"/>
          <w:bCs/>
          <w:sz w:val="20"/>
          <w:szCs w:val="20"/>
        </w:rPr>
        <w:tab/>
      </w:r>
      <w:sdt>
        <w:sdtPr>
          <w:rPr>
            <w:rFonts w:ascii="Komet Pro Regular" w:hAnsi="Komet Pro Regular"/>
            <w:bCs/>
            <w:sz w:val="20"/>
            <w:szCs w:val="20"/>
          </w:rPr>
          <w:id w:val="1115493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6406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4F3EA1">
        <w:rPr>
          <w:rFonts w:ascii="Komet Pro Regular" w:hAnsi="Komet Pro Regular"/>
          <w:bCs/>
          <w:sz w:val="20"/>
          <w:szCs w:val="20"/>
        </w:rPr>
        <w:t xml:space="preserve"> </w:t>
      </w:r>
      <w:r w:rsidR="005219A6">
        <w:rPr>
          <w:rFonts w:ascii="Komet Pro Regular" w:hAnsi="Komet Pro Regular"/>
          <w:bCs/>
          <w:sz w:val="20"/>
          <w:szCs w:val="20"/>
        </w:rPr>
        <w:t>Print</w:t>
      </w:r>
      <w:r w:rsidR="000B6478">
        <w:rPr>
          <w:rFonts w:ascii="Komet Pro Regular" w:hAnsi="Komet Pro Regular"/>
          <w:bCs/>
          <w:sz w:val="20"/>
          <w:szCs w:val="20"/>
        </w:rPr>
        <w:t>/Online</w:t>
      </w:r>
      <w:r w:rsidR="004A4369">
        <w:rPr>
          <w:rFonts w:ascii="Komet Pro Regular" w:hAnsi="Komet Pro Regular"/>
          <w:bCs/>
          <w:sz w:val="20"/>
          <w:szCs w:val="20"/>
        </w:rPr>
        <w:tab/>
      </w:r>
      <w:r w:rsidR="004A4369">
        <w:rPr>
          <w:rFonts w:ascii="Komet Pro Regular" w:hAnsi="Komet Pro Regular"/>
          <w:bCs/>
          <w:sz w:val="20"/>
          <w:szCs w:val="20"/>
        </w:rPr>
        <w:tab/>
      </w:r>
      <w:r w:rsidR="004A4369">
        <w:rPr>
          <w:rFonts w:ascii="Komet Pro Regular" w:hAnsi="Komet Pro Regular"/>
          <w:bCs/>
          <w:sz w:val="20"/>
          <w:szCs w:val="20"/>
        </w:rPr>
        <w:tab/>
      </w:r>
      <w:sdt>
        <w:sdtPr>
          <w:rPr>
            <w:rFonts w:ascii="Komet Pro Regular" w:hAnsi="Komet Pro Regular"/>
            <w:bCs/>
            <w:sz w:val="20"/>
            <w:szCs w:val="20"/>
          </w:rPr>
          <w:id w:val="1090114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72EE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4A4369">
        <w:rPr>
          <w:rFonts w:ascii="Komet Pro Regular" w:hAnsi="Komet Pro Regular"/>
          <w:bCs/>
          <w:sz w:val="20"/>
          <w:szCs w:val="20"/>
        </w:rPr>
        <w:t xml:space="preserve"> Foto</w:t>
      </w:r>
      <w:r w:rsidR="005F4AE2">
        <w:rPr>
          <w:rFonts w:ascii="Komet Pro Regular" w:hAnsi="Komet Pro Regular"/>
          <w:bCs/>
          <w:sz w:val="20"/>
          <w:szCs w:val="20"/>
        </w:rPr>
        <w:t xml:space="preserve"> </w:t>
      </w:r>
      <w:r w:rsidR="000B6478">
        <w:rPr>
          <w:rFonts w:ascii="Komet Pro Regular" w:hAnsi="Komet Pro Regular"/>
          <w:bCs/>
          <w:sz w:val="20"/>
          <w:szCs w:val="20"/>
        </w:rPr>
        <w:tab/>
      </w:r>
      <w:r w:rsidR="000B6478">
        <w:rPr>
          <w:rFonts w:ascii="Komet Pro Regular" w:hAnsi="Komet Pro Regular"/>
          <w:bCs/>
          <w:sz w:val="20"/>
          <w:szCs w:val="20"/>
        </w:rPr>
        <w:tab/>
      </w:r>
      <w:sdt>
        <w:sdtPr>
          <w:rPr>
            <w:rFonts w:ascii="Komet Pro Regular" w:hAnsi="Komet Pro Regular"/>
            <w:bCs/>
            <w:sz w:val="20"/>
            <w:szCs w:val="20"/>
          </w:rPr>
          <w:id w:val="678776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6478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0B6478">
        <w:rPr>
          <w:rFonts w:ascii="Komet Pro Regular" w:hAnsi="Komet Pro Regular"/>
          <w:bCs/>
          <w:sz w:val="20"/>
          <w:szCs w:val="20"/>
        </w:rPr>
        <w:t xml:space="preserve"> TV/Radio</w:t>
      </w:r>
      <w:r w:rsidR="000B6478">
        <w:rPr>
          <w:rFonts w:ascii="Komet Pro Regular" w:hAnsi="Komet Pro Regular"/>
          <w:bCs/>
          <w:sz w:val="20"/>
          <w:szCs w:val="20"/>
        </w:rPr>
        <w:tab/>
      </w:r>
      <w:r w:rsidR="000B6478">
        <w:rPr>
          <w:rFonts w:ascii="Komet Pro Regular" w:hAnsi="Komet Pro Regular"/>
          <w:bCs/>
          <w:sz w:val="20"/>
          <w:szCs w:val="20"/>
        </w:rPr>
        <w:tab/>
      </w:r>
    </w:p>
    <w:p w14:paraId="54105196" w14:textId="56D43D83" w:rsidR="004F3EA1" w:rsidRDefault="004F3EA1" w:rsidP="00006F79">
      <w:pPr>
        <w:spacing w:after="0"/>
        <w:rPr>
          <w:rFonts w:ascii="Komet Pro Regular" w:hAnsi="Komet Pro Regular"/>
          <w:bCs/>
          <w:sz w:val="20"/>
          <w:szCs w:val="20"/>
        </w:rPr>
      </w:pPr>
      <w:r w:rsidRPr="00B526FF">
        <w:rPr>
          <w:rFonts w:ascii="Komet Pro Regular" w:hAnsi="Komet Pro Regular"/>
          <w:b/>
          <w:color w:val="EE0000"/>
          <w:sz w:val="24"/>
          <w:szCs w:val="24"/>
        </w:rPr>
        <w:t>Antrag auf:</w:t>
      </w:r>
      <w:r>
        <w:rPr>
          <w:rFonts w:ascii="Komet Pro Regular" w:hAnsi="Komet Pro Regular"/>
          <w:bCs/>
          <w:sz w:val="20"/>
          <w:szCs w:val="20"/>
        </w:rPr>
        <w:tab/>
      </w:r>
      <w:r>
        <w:rPr>
          <w:rFonts w:ascii="Komet Pro Regular" w:hAnsi="Komet Pro Regular"/>
          <w:bCs/>
          <w:sz w:val="20"/>
          <w:szCs w:val="20"/>
        </w:rPr>
        <w:tab/>
      </w:r>
      <w:sdt>
        <w:sdtPr>
          <w:rPr>
            <w:rFonts w:ascii="Komet Pro Regular" w:hAnsi="Komet Pro Regular"/>
            <w:bCs/>
            <w:sz w:val="20"/>
            <w:szCs w:val="20"/>
          </w:rPr>
          <w:id w:val="1050816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F79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>
        <w:rPr>
          <w:rFonts w:ascii="Komet Pro Regular" w:hAnsi="Komet Pro Regular"/>
          <w:bCs/>
          <w:sz w:val="20"/>
          <w:szCs w:val="20"/>
        </w:rPr>
        <w:t xml:space="preserve"> </w:t>
      </w:r>
      <w:r w:rsidR="00006F79">
        <w:rPr>
          <w:rFonts w:ascii="Komet Pro Regular" w:hAnsi="Komet Pro Regular"/>
          <w:bCs/>
          <w:sz w:val="20"/>
          <w:szCs w:val="20"/>
        </w:rPr>
        <w:t>Tagesakkreditierung</w:t>
      </w:r>
      <w:r w:rsidR="00006F79">
        <w:rPr>
          <w:rFonts w:ascii="Komet Pro Regular" w:hAnsi="Komet Pro Regular"/>
          <w:bCs/>
          <w:sz w:val="20"/>
          <w:szCs w:val="20"/>
        </w:rPr>
        <w:tab/>
      </w:r>
      <w:r w:rsidR="00006F79">
        <w:rPr>
          <w:rFonts w:ascii="Komet Pro Regular" w:hAnsi="Komet Pro Regular"/>
          <w:bCs/>
          <w:sz w:val="20"/>
          <w:szCs w:val="20"/>
        </w:rPr>
        <w:tab/>
      </w:r>
      <w:sdt>
        <w:sdtPr>
          <w:rPr>
            <w:rFonts w:ascii="Komet Pro Regular" w:hAnsi="Komet Pro Regular"/>
            <w:bCs/>
            <w:sz w:val="20"/>
            <w:szCs w:val="20"/>
          </w:rPr>
          <w:id w:val="-1042443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6F79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006F79">
        <w:rPr>
          <w:rFonts w:ascii="Komet Pro Regular" w:hAnsi="Komet Pro Regular"/>
          <w:bCs/>
          <w:sz w:val="20"/>
          <w:szCs w:val="20"/>
        </w:rPr>
        <w:t xml:space="preserve"> Dauerakkreditierung</w:t>
      </w:r>
      <w:r>
        <w:rPr>
          <w:rFonts w:ascii="Komet Pro Regular" w:hAnsi="Komet Pro Regular"/>
          <w:bCs/>
          <w:sz w:val="20"/>
          <w:szCs w:val="20"/>
        </w:rPr>
        <w:tab/>
      </w:r>
    </w:p>
    <w:p w14:paraId="497E2328" w14:textId="492B6659" w:rsidR="00006F79" w:rsidRDefault="00766EAD" w:rsidP="00006F79">
      <w:pPr>
        <w:spacing w:after="0"/>
        <w:rPr>
          <w:rFonts w:ascii="Komet Pro Regular" w:hAnsi="Komet Pro Regular"/>
          <w:bCs/>
          <w:sz w:val="20"/>
          <w:szCs w:val="20"/>
        </w:rPr>
      </w:pPr>
      <w:r w:rsidRPr="001A14C7">
        <w:rPr>
          <w:rFonts w:ascii="Komet Pro Regular" w:hAnsi="Komet Pro Regular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FB4DE77" wp14:editId="711D2CDD">
                <wp:simplePos x="0" y="0"/>
                <wp:positionH relativeFrom="column">
                  <wp:posOffset>-5715</wp:posOffset>
                </wp:positionH>
                <wp:positionV relativeFrom="paragraph">
                  <wp:posOffset>123825</wp:posOffset>
                </wp:positionV>
                <wp:extent cx="6381750" cy="0"/>
                <wp:effectExtent l="0" t="0" r="0" b="0"/>
                <wp:wrapNone/>
                <wp:docPr id="1311685768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2A774" id="Gerader Verbinder 1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.75pt" to="502.0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" strokecolor="#e00" strokeweight="1pt"/>
            </w:pict>
          </mc:Fallback>
        </mc:AlternateContent>
      </w:r>
    </w:p>
    <w:p w14:paraId="1AA47DC6" w14:textId="1E1B6C2F" w:rsidR="007C28C9" w:rsidRDefault="007C28C9" w:rsidP="001E6C36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</w:pPr>
    </w:p>
    <w:p w14:paraId="6F91AEEE" w14:textId="3720EFD3" w:rsidR="00302FC0" w:rsidRPr="006906DE" w:rsidRDefault="00BC3F59" w:rsidP="001E6C36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</w:pPr>
      <w:r w:rsidRPr="006906DE">
        <w:rPr>
          <w:rFonts w:ascii="Komet Pro Regular" w:hAnsi="Komet Pro Regular"/>
          <w:b/>
          <w:bCs/>
          <w:color w:val="EE0000"/>
          <w:sz w:val="24"/>
          <w:szCs w:val="24"/>
        </w:rPr>
        <w:t>Bei Antrag auf Tages</w:t>
      </w:r>
      <w:r w:rsidR="002E69F9" w:rsidRPr="006906DE">
        <w:rPr>
          <w:rFonts w:ascii="Komet Pro Regular" w:hAnsi="Komet Pro Regular"/>
          <w:b/>
          <w:bCs/>
          <w:color w:val="EE0000"/>
          <w:sz w:val="24"/>
          <w:szCs w:val="24"/>
        </w:rPr>
        <w:t>akkreditierung:</w:t>
      </w:r>
    </w:p>
    <w:p w14:paraId="4EC1DAFE" w14:textId="6757EC54" w:rsidR="00FF3034" w:rsidRDefault="00FF3034" w:rsidP="001E6C36">
      <w:pPr>
        <w:spacing w:after="0"/>
        <w:rPr>
          <w:rFonts w:ascii="Komet Pro Regular" w:hAnsi="Komet Pro Regular"/>
          <w:sz w:val="20"/>
          <w:szCs w:val="20"/>
        </w:rPr>
        <w:sectPr w:rsidR="00FF3034" w:rsidSect="00034616">
          <w:pgSz w:w="12240" w:h="15840"/>
          <w:pgMar w:top="1440" w:right="1134" w:bottom="1440" w:left="1134" w:header="720" w:footer="720" w:gutter="0"/>
          <w:cols w:space="720"/>
          <w:docGrid w:linePitch="360"/>
        </w:sectPr>
      </w:pPr>
    </w:p>
    <w:p w14:paraId="2189D53F" w14:textId="63C97F09" w:rsidR="00FF3034" w:rsidRDefault="004D0126" w:rsidP="001E6C36">
      <w:pPr>
        <w:spacing w:after="0"/>
        <w:rPr>
          <w:rFonts w:ascii="Komet Pro Regular" w:hAnsi="Komet Pro Regular"/>
          <w:sz w:val="20"/>
          <w:szCs w:val="20"/>
        </w:rPr>
      </w:pPr>
      <w:r w:rsidRPr="001E6C36">
        <w:rPr>
          <w:rFonts w:ascii="Komet Pro Regular" w:hAnsi="Komet Pro Regular"/>
          <w:sz w:val="20"/>
          <w:szCs w:val="20"/>
        </w:rPr>
        <w:t>Spieldatum</w:t>
      </w:r>
      <w:r w:rsidR="002B7A96">
        <w:rPr>
          <w:rFonts w:ascii="Komet Pro Regular" w:hAnsi="Komet Pro Regular"/>
          <w:sz w:val="20"/>
          <w:szCs w:val="20"/>
        </w:rPr>
        <w:t xml:space="preserve">: </w:t>
      </w:r>
      <w:sdt>
        <w:sdtPr>
          <w:rPr>
            <w:rFonts w:ascii="Komet Pro Regular" w:hAnsi="Komet Pro Regular"/>
            <w:sz w:val="20"/>
            <w:szCs w:val="20"/>
          </w:rPr>
          <w:id w:val="-1149371018"/>
          <w:placeholder>
            <w:docPart w:val="32EEDEB211174F2C8DB6AB6B75F43A24"/>
          </w:placeholder>
          <w:showingPlcHdr/>
          <w15:color w:val="808080"/>
        </w:sdtPr>
        <w:sdtContent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</w:sdtContent>
      </w:sdt>
    </w:p>
    <w:p w14:paraId="40051909" w14:textId="2B41F682" w:rsidR="004D0126" w:rsidRPr="001E6C36" w:rsidRDefault="004D0126" w:rsidP="001E6C36">
      <w:pPr>
        <w:spacing w:after="0"/>
        <w:rPr>
          <w:rFonts w:ascii="Komet Pro Regular" w:hAnsi="Komet Pro Regular"/>
          <w:sz w:val="20"/>
          <w:szCs w:val="20"/>
        </w:rPr>
      </w:pPr>
      <w:r w:rsidRPr="001E6C36">
        <w:rPr>
          <w:rFonts w:ascii="Komet Pro Regular" w:hAnsi="Komet Pro Regular"/>
          <w:sz w:val="20"/>
          <w:szCs w:val="20"/>
        </w:rPr>
        <w:t>Spielpaarung:</w:t>
      </w:r>
      <w:r w:rsidR="004D5C06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1687090583"/>
          <w:placeholder>
            <w:docPart w:val="67E1B51A322A483A8E84C58EE04BC2F8"/>
          </w:placeholder>
          <w:showingPlcHdr/>
          <w:text/>
        </w:sdtPr>
        <w:sdtContent>
          <w:r w:rsidR="00093A86">
            <w:rPr>
              <w:rFonts w:ascii="Komet Pro Regular" w:hAnsi="Komet Pro Regular"/>
              <w:sz w:val="20"/>
              <w:szCs w:val="20"/>
            </w:rPr>
            <w:t xml:space="preserve">                                           </w:t>
          </w:r>
        </w:sdtContent>
      </w:sdt>
    </w:p>
    <w:p w14:paraId="7DFB1D62" w14:textId="77777777" w:rsidR="00FA7C77" w:rsidRDefault="00FA7C77">
      <w:pPr>
        <w:rPr>
          <w:rFonts w:ascii="Komet Pro Regular" w:hAnsi="Komet Pro Regular"/>
          <w:sz w:val="20"/>
          <w:szCs w:val="20"/>
        </w:rPr>
        <w:sectPr w:rsidR="00FA7C77" w:rsidSect="00FF3034">
          <w:type w:val="continuous"/>
          <w:pgSz w:w="12240" w:h="15840"/>
          <w:pgMar w:top="1440" w:right="1134" w:bottom="1440" w:left="1134" w:header="720" w:footer="720" w:gutter="0"/>
          <w:cols w:num="2" w:space="720"/>
          <w:docGrid w:linePitch="360"/>
        </w:sectPr>
      </w:pPr>
    </w:p>
    <w:p w14:paraId="1AADA77F" w14:textId="2245A6A3" w:rsidR="002E69F9" w:rsidRDefault="00B526FF">
      <w:pPr>
        <w:rPr>
          <w:rFonts w:ascii="Komet Pro Regular" w:hAnsi="Komet Pro Regular"/>
          <w:sz w:val="20"/>
          <w:szCs w:val="20"/>
        </w:rPr>
      </w:pPr>
      <w:r w:rsidRPr="001A14C7">
        <w:rPr>
          <w:rFonts w:ascii="Komet Pro Regular" w:hAnsi="Komet Pro Regular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4E49DE" wp14:editId="5CB04747">
                <wp:simplePos x="0" y="0"/>
                <wp:positionH relativeFrom="column">
                  <wp:posOffset>3810</wp:posOffset>
                </wp:positionH>
                <wp:positionV relativeFrom="paragraph">
                  <wp:posOffset>200660</wp:posOffset>
                </wp:positionV>
                <wp:extent cx="6381750" cy="0"/>
                <wp:effectExtent l="0" t="0" r="0" b="0"/>
                <wp:wrapNone/>
                <wp:docPr id="1406489353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CABEF" id="Gerader Verbinde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5.8pt" to="502.8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" strokecolor="#e00" strokeweight="1pt"/>
            </w:pict>
          </mc:Fallback>
        </mc:AlternateContent>
      </w:r>
    </w:p>
    <w:p w14:paraId="526497FB" w14:textId="7A8CA503" w:rsidR="007C28C9" w:rsidRDefault="007C28C9" w:rsidP="001C2F5F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</w:pPr>
    </w:p>
    <w:p w14:paraId="7ED5621B" w14:textId="09947834" w:rsidR="009F0D61" w:rsidRPr="006906DE" w:rsidRDefault="008078A7" w:rsidP="001C2F5F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  <w:sectPr w:rsidR="009F0D61" w:rsidRPr="006906DE" w:rsidSect="008078A7">
          <w:type w:val="continuous"/>
          <w:pgSz w:w="12240" w:h="15840"/>
          <w:pgMar w:top="1440" w:right="1134" w:bottom="1440" w:left="1134" w:header="720" w:footer="720" w:gutter="0"/>
          <w:cols w:space="720"/>
          <w:docGrid w:linePitch="360"/>
        </w:sectPr>
      </w:pPr>
      <w:r w:rsidRPr="006906DE">
        <w:rPr>
          <w:rFonts w:ascii="Komet Pro Regular" w:hAnsi="Komet Pro Regular"/>
          <w:b/>
          <w:bCs/>
          <w:color w:val="EE0000"/>
          <w:sz w:val="24"/>
          <w:szCs w:val="24"/>
        </w:rPr>
        <w:t>Von:</w:t>
      </w:r>
    </w:p>
    <w:p w14:paraId="05DE3538" w14:textId="69C720A1" w:rsidR="00535CFF" w:rsidRDefault="008078A7" w:rsidP="001C2F5F">
      <w:pPr>
        <w:spacing w:after="0"/>
        <w:rPr>
          <w:rFonts w:ascii="Komet Pro Regular" w:hAnsi="Komet Pro Regular"/>
          <w:sz w:val="20"/>
          <w:szCs w:val="20"/>
        </w:rPr>
      </w:pPr>
      <w:r w:rsidRPr="00573E7C">
        <w:rPr>
          <w:rFonts w:ascii="Komet Pro Regular" w:hAnsi="Komet Pro Regular"/>
          <w:sz w:val="20"/>
          <w:szCs w:val="20"/>
        </w:rPr>
        <w:t>Name</w:t>
      </w:r>
      <w:r w:rsidRPr="006906DE">
        <w:rPr>
          <w:rFonts w:ascii="Komet Pro Regular" w:hAnsi="Komet Pro Regular"/>
          <w:b/>
          <w:bCs/>
          <w:sz w:val="20"/>
          <w:szCs w:val="20"/>
        </w:rPr>
        <w:t>:</w:t>
      </w:r>
      <w:r w:rsidR="00503971">
        <w:rPr>
          <w:rFonts w:ascii="Komet Pro Regular" w:hAnsi="Komet Pro Regular"/>
          <w:b/>
          <w:bCs/>
          <w:sz w:val="20"/>
          <w:szCs w:val="20"/>
        </w:rPr>
        <w:t xml:space="preserve">    </w:t>
      </w:r>
      <w:r w:rsidR="00A4752A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-800150668"/>
          <w:placeholder>
            <w:docPart w:val="EB7AD660B39C4104A272D72CEAAAD607"/>
          </w:placeholder>
          <w:showingPlcHdr/>
        </w:sdtPr>
        <w:sdtContent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</w:sdtContent>
      </w:sdt>
    </w:p>
    <w:p w14:paraId="3723F15A" w14:textId="29DAD528" w:rsidR="00D13007" w:rsidRDefault="00535CFF" w:rsidP="001C2F5F">
      <w:pPr>
        <w:spacing w:after="0"/>
        <w:rPr>
          <w:rFonts w:ascii="Komet Pro Regular" w:hAnsi="Komet Pro Regular"/>
          <w:sz w:val="20"/>
          <w:szCs w:val="20"/>
        </w:rPr>
      </w:pPr>
      <w:r w:rsidRPr="00573E7C">
        <w:rPr>
          <w:rFonts w:ascii="Komet Pro Regular" w:hAnsi="Komet Pro Regular"/>
          <w:sz w:val="20"/>
          <w:szCs w:val="20"/>
        </w:rPr>
        <w:t>Straße</w:t>
      </w:r>
      <w:r w:rsidR="00A4752A" w:rsidRPr="006906DE">
        <w:rPr>
          <w:rFonts w:ascii="Komet Pro Regular" w:hAnsi="Komet Pro Regular"/>
          <w:b/>
          <w:bCs/>
          <w:sz w:val="20"/>
          <w:szCs w:val="20"/>
        </w:rPr>
        <w:t>:</w:t>
      </w:r>
      <w:r w:rsidR="00503971">
        <w:rPr>
          <w:rFonts w:ascii="Komet Pro Regular" w:hAnsi="Komet Pro Regular"/>
          <w:b/>
          <w:bCs/>
          <w:sz w:val="20"/>
          <w:szCs w:val="20"/>
        </w:rPr>
        <w:t xml:space="preserve">   </w:t>
      </w:r>
      <w:r w:rsidR="00A4752A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-1341303221"/>
          <w:placeholder>
            <w:docPart w:val="330C69A41D5740E28D8297D41C2BB425"/>
          </w:placeholder>
        </w:sdtPr>
        <w:sdtContent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</w:sdtContent>
      </w:sdt>
    </w:p>
    <w:p w14:paraId="69234F18" w14:textId="34F6DF1A" w:rsidR="00535CFF" w:rsidRDefault="001C2F5F" w:rsidP="001C2F5F">
      <w:pPr>
        <w:spacing w:after="0"/>
        <w:rPr>
          <w:rFonts w:ascii="Komet Pro Regular" w:hAnsi="Komet Pro Regular"/>
          <w:sz w:val="20"/>
          <w:szCs w:val="20"/>
        </w:rPr>
      </w:pPr>
      <w:r w:rsidRPr="00573E7C">
        <w:rPr>
          <w:rFonts w:ascii="Komet Pro Regular" w:hAnsi="Komet Pro Regular"/>
          <w:sz w:val="20"/>
          <w:szCs w:val="20"/>
        </w:rPr>
        <w:t>Telefon</w:t>
      </w:r>
      <w:r w:rsidR="00367890" w:rsidRPr="00E8770E">
        <w:rPr>
          <w:rFonts w:ascii="Komet Pro Regular" w:hAnsi="Komet Pro Regular"/>
          <w:b/>
          <w:bCs/>
          <w:sz w:val="20"/>
          <w:szCs w:val="20"/>
        </w:rPr>
        <w:t>:</w:t>
      </w:r>
      <w:r w:rsidR="00503971">
        <w:rPr>
          <w:rFonts w:ascii="Komet Pro Regular" w:hAnsi="Komet Pro Regular"/>
          <w:sz w:val="20"/>
          <w:szCs w:val="20"/>
        </w:rPr>
        <w:t xml:space="preserve"> </w:t>
      </w:r>
      <w:r w:rsidR="00367890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1146633655"/>
          <w:placeholder>
            <w:docPart w:val="FB4F2A2F0BD64875A65368DE14E1CAF0"/>
          </w:placeholder>
          <w:showingPlcHdr/>
        </w:sdtPr>
        <w:sdtContent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  <w:r w:rsidR="00093A86">
            <w:rPr>
              <w:rFonts w:ascii="Komet Pro Regular" w:hAnsi="Komet Pro Regular"/>
              <w:sz w:val="20"/>
              <w:szCs w:val="20"/>
            </w:rPr>
            <w:tab/>
          </w:r>
        </w:sdtContent>
      </w:sdt>
    </w:p>
    <w:p w14:paraId="427118BE" w14:textId="52527AAA" w:rsidR="008078A7" w:rsidRDefault="001C2F5F" w:rsidP="001C2F5F">
      <w:pPr>
        <w:spacing w:after="0"/>
        <w:rPr>
          <w:rFonts w:ascii="Komet Pro Regular" w:hAnsi="Komet Pro Regular"/>
          <w:sz w:val="20"/>
          <w:szCs w:val="20"/>
        </w:rPr>
      </w:pPr>
      <w:r w:rsidRPr="00B526FF">
        <w:rPr>
          <w:rFonts w:ascii="Komet Pro Regular" w:hAnsi="Komet Pro Regular"/>
          <w:sz w:val="20"/>
          <w:szCs w:val="20"/>
        </w:rPr>
        <w:t>E-Mail</w:t>
      </w:r>
      <w:r w:rsidR="00367890" w:rsidRPr="00B526FF">
        <w:rPr>
          <w:rFonts w:ascii="Komet Pro Regular" w:hAnsi="Komet Pro Regular"/>
          <w:sz w:val="20"/>
          <w:szCs w:val="20"/>
        </w:rPr>
        <w:t>:</w:t>
      </w:r>
      <w:r w:rsidR="00503971" w:rsidRPr="00B526FF">
        <w:rPr>
          <w:rFonts w:ascii="Komet Pro Regular" w:hAnsi="Komet Pro Regular"/>
          <w:sz w:val="20"/>
          <w:szCs w:val="20"/>
        </w:rPr>
        <w:t xml:space="preserve"> </w:t>
      </w:r>
      <w:r w:rsidR="00503971">
        <w:rPr>
          <w:rFonts w:ascii="Komet Pro Regular" w:hAnsi="Komet Pro Regular"/>
          <w:sz w:val="20"/>
          <w:szCs w:val="20"/>
        </w:rPr>
        <w:t xml:space="preserve"> </w:t>
      </w:r>
      <w:r w:rsidR="00367890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1873408308"/>
          <w:placeholder>
            <w:docPart w:val="11A9599F82074A8A8311E0F3731FFC1D"/>
          </w:placeholder>
        </w:sdtPr>
        <w:sdtContent>
          <w:r w:rsidR="00CB305E">
            <w:rPr>
              <w:rFonts w:ascii="Komet Pro Regular" w:hAnsi="Komet Pro Regular"/>
              <w:sz w:val="20"/>
              <w:szCs w:val="20"/>
            </w:rPr>
            <w:t xml:space="preserve">                                                                        </w:t>
          </w:r>
        </w:sdtContent>
      </w:sdt>
    </w:p>
    <w:p w14:paraId="39DAC94E" w14:textId="65124C52" w:rsidR="00535CFF" w:rsidRDefault="00535CFF" w:rsidP="001C2F5F">
      <w:pPr>
        <w:spacing w:after="0"/>
        <w:rPr>
          <w:rFonts w:ascii="Komet Pro Regular" w:hAnsi="Komet Pro Regular"/>
          <w:sz w:val="20"/>
          <w:szCs w:val="20"/>
        </w:rPr>
      </w:pPr>
      <w:r w:rsidRPr="00B526FF">
        <w:rPr>
          <w:rFonts w:ascii="Komet Pro Regular" w:hAnsi="Komet Pro Regular"/>
          <w:sz w:val="20"/>
          <w:szCs w:val="20"/>
        </w:rPr>
        <w:t>Vorname</w:t>
      </w:r>
      <w:r w:rsidR="009F0D61" w:rsidRPr="00B526FF">
        <w:rPr>
          <w:rFonts w:ascii="Komet Pro Regular" w:hAnsi="Komet Pro Regular"/>
          <w:sz w:val="20"/>
          <w:szCs w:val="20"/>
        </w:rPr>
        <w:t>:</w:t>
      </w:r>
      <w:r w:rsidR="007E0B8E">
        <w:rPr>
          <w:rFonts w:ascii="Komet Pro Regular" w:hAnsi="Komet Pro Regular"/>
          <w:sz w:val="20"/>
          <w:szCs w:val="20"/>
        </w:rPr>
        <w:tab/>
      </w:r>
      <w:r w:rsidR="009F0D61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2085185010"/>
          <w:placeholder>
            <w:docPart w:val="20C1BEC1FDDA4E5C9876DB3926C739C7"/>
          </w:placeholder>
          <w:showingPlcHdr/>
        </w:sdtPr>
        <w:sdtContent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</w:sdtContent>
      </w:sdt>
    </w:p>
    <w:p w14:paraId="5A772FAB" w14:textId="311D9C6A" w:rsidR="00367890" w:rsidRDefault="00535CFF" w:rsidP="001C2F5F">
      <w:pPr>
        <w:spacing w:after="0"/>
        <w:rPr>
          <w:rFonts w:ascii="Komet Pro Regular" w:hAnsi="Komet Pro Regular"/>
          <w:sz w:val="20"/>
          <w:szCs w:val="20"/>
        </w:rPr>
      </w:pPr>
      <w:r w:rsidRPr="00B526FF">
        <w:rPr>
          <w:rFonts w:ascii="Komet Pro Regular" w:hAnsi="Komet Pro Regular"/>
          <w:sz w:val="20"/>
          <w:szCs w:val="20"/>
        </w:rPr>
        <w:t>PLZ / Ort</w:t>
      </w:r>
      <w:r w:rsidR="009F0D61" w:rsidRPr="00B526FF">
        <w:rPr>
          <w:rFonts w:ascii="Komet Pro Regular" w:hAnsi="Komet Pro Regular"/>
          <w:sz w:val="20"/>
          <w:szCs w:val="20"/>
        </w:rPr>
        <w:t>:</w:t>
      </w:r>
      <w:r w:rsidR="007E0B8E">
        <w:rPr>
          <w:rFonts w:ascii="Komet Pro Regular" w:hAnsi="Komet Pro Regular"/>
          <w:sz w:val="20"/>
          <w:szCs w:val="20"/>
        </w:rPr>
        <w:tab/>
      </w:r>
      <w:r w:rsidR="009F0D61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-938212828"/>
          <w:placeholder>
            <w:docPart w:val="3670BEFFECDF46649D69326B0AD18F22"/>
          </w:placeholder>
          <w:showingPlcHdr/>
        </w:sdtPr>
        <w:sdtContent>
          <w:r w:rsidR="00C93BAB">
            <w:rPr>
              <w:rStyle w:val="Platzhaltertext"/>
            </w:rPr>
            <w:tab/>
          </w:r>
          <w:r w:rsidR="00C93BAB">
            <w:rPr>
              <w:rStyle w:val="Platzhaltertext"/>
            </w:rPr>
            <w:tab/>
            <w:t xml:space="preserve">     </w:t>
          </w:r>
          <w:r w:rsidR="00C93BAB">
            <w:rPr>
              <w:rStyle w:val="Platzhaltertext"/>
            </w:rPr>
            <w:tab/>
          </w:r>
          <w:r w:rsidR="00C93BAB">
            <w:rPr>
              <w:rStyle w:val="Platzhaltertext"/>
            </w:rPr>
            <w:tab/>
          </w:r>
        </w:sdtContent>
      </w:sdt>
    </w:p>
    <w:p w14:paraId="7CAF0760" w14:textId="21D1D1BD" w:rsidR="009F0D61" w:rsidRDefault="001C2F5F" w:rsidP="001C2F5F">
      <w:pPr>
        <w:spacing w:after="0"/>
        <w:rPr>
          <w:rFonts w:ascii="Komet Pro Regular" w:hAnsi="Komet Pro Regular"/>
          <w:sz w:val="20"/>
          <w:szCs w:val="20"/>
        </w:rPr>
      </w:pPr>
      <w:r w:rsidRPr="00B526FF">
        <w:rPr>
          <w:rFonts w:ascii="Komet Pro Regular" w:hAnsi="Komet Pro Regular"/>
          <w:sz w:val="20"/>
          <w:szCs w:val="20"/>
        </w:rPr>
        <w:t>Mobil</w:t>
      </w:r>
      <w:r w:rsidR="009F0D61" w:rsidRPr="00B526FF">
        <w:rPr>
          <w:rFonts w:ascii="Komet Pro Regular" w:hAnsi="Komet Pro Regular"/>
          <w:sz w:val="20"/>
          <w:szCs w:val="20"/>
        </w:rPr>
        <w:t>:</w:t>
      </w:r>
      <w:r w:rsidR="007E0B8E">
        <w:rPr>
          <w:rFonts w:ascii="Komet Pro Regular" w:hAnsi="Komet Pro Regular"/>
          <w:sz w:val="20"/>
          <w:szCs w:val="20"/>
        </w:rPr>
        <w:tab/>
      </w:r>
      <w:r w:rsidR="007E0B8E">
        <w:rPr>
          <w:rFonts w:ascii="Komet Pro Regular" w:hAnsi="Komet Pro Regular"/>
          <w:sz w:val="20"/>
          <w:szCs w:val="20"/>
        </w:rPr>
        <w:tab/>
      </w:r>
      <w:r w:rsidR="009F0D61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616653043"/>
          <w:placeholder>
            <w:docPart w:val="F914C42683C0418985CB9568FC46CF84"/>
          </w:placeholder>
          <w:showingPlcHdr/>
        </w:sdtPr>
        <w:sdtContent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  <w:r w:rsidR="00093A86">
            <w:rPr>
              <w:rStyle w:val="Platzhaltertext"/>
            </w:rPr>
            <w:tab/>
          </w:r>
        </w:sdtContent>
      </w:sdt>
    </w:p>
    <w:p w14:paraId="5B219381" w14:textId="77777777" w:rsidR="009F0D61" w:rsidRDefault="009F0D61">
      <w:pPr>
        <w:rPr>
          <w:rFonts w:ascii="Komet Pro Regular" w:hAnsi="Komet Pro Regular"/>
          <w:sz w:val="20"/>
          <w:szCs w:val="20"/>
        </w:rPr>
        <w:sectPr w:rsidR="009F0D61" w:rsidSect="009F0D61">
          <w:type w:val="continuous"/>
          <w:pgSz w:w="12240" w:h="15840"/>
          <w:pgMar w:top="1440" w:right="1134" w:bottom="1440" w:left="1134" w:header="720" w:footer="720" w:gutter="0"/>
          <w:cols w:num="2" w:space="720"/>
          <w:docGrid w:linePitch="360"/>
        </w:sectPr>
      </w:pPr>
    </w:p>
    <w:p w14:paraId="6AF26604" w14:textId="1BF6ECF0" w:rsidR="00CB305E" w:rsidRDefault="00CB305E">
      <w:pPr>
        <w:rPr>
          <w:rFonts w:ascii="Komet Pro Regular" w:hAnsi="Komet Pro Regular"/>
          <w:sz w:val="20"/>
          <w:szCs w:val="20"/>
        </w:rPr>
      </w:pPr>
    </w:p>
    <w:p w14:paraId="7DAC0545" w14:textId="543AE4FC" w:rsidR="007C28C9" w:rsidRPr="002430BC" w:rsidRDefault="00000000">
      <w:pPr>
        <w:rPr>
          <w:rFonts w:ascii="Komet Pro Regular" w:hAnsi="Komet Pro Regular"/>
          <w:sz w:val="20"/>
          <w:szCs w:val="20"/>
        </w:rPr>
      </w:pPr>
      <w:sdt>
        <w:sdtPr>
          <w:rPr>
            <w:rFonts w:ascii="Komet Pro Regular" w:hAnsi="Komet Pro Regular"/>
            <w:sz w:val="18"/>
            <w:szCs w:val="18"/>
          </w:rPr>
          <w:id w:val="-1388644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305E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305E">
        <w:rPr>
          <w:rFonts w:ascii="Komet Pro Regular" w:hAnsi="Komet Pro Regular"/>
          <w:sz w:val="18"/>
          <w:szCs w:val="18"/>
        </w:rPr>
        <w:t xml:space="preserve"> </w:t>
      </w:r>
      <w:r w:rsidR="0023243F" w:rsidRPr="00B97374">
        <w:rPr>
          <w:rFonts w:ascii="Komet Pro Regular" w:hAnsi="Komet Pro Regular"/>
          <w:sz w:val="18"/>
          <w:szCs w:val="18"/>
        </w:rPr>
        <w:t>Hauptberuflich</w:t>
      </w:r>
      <w:r w:rsidR="00093A86" w:rsidRPr="00B97374">
        <w:rPr>
          <w:rFonts w:ascii="Komet Pro Regular" w:hAnsi="Komet Pro Regular"/>
          <w:sz w:val="18"/>
          <w:szCs w:val="18"/>
        </w:rPr>
        <w:t>e Ausübung de</w:t>
      </w:r>
      <w:r w:rsidR="00E8770E" w:rsidRPr="00B97374">
        <w:rPr>
          <w:rFonts w:ascii="Komet Pro Regular" w:hAnsi="Komet Pro Regular"/>
          <w:sz w:val="18"/>
          <w:szCs w:val="18"/>
        </w:rPr>
        <w:t>r</w:t>
      </w:r>
      <w:r w:rsidR="00093A86" w:rsidRPr="00B97374">
        <w:rPr>
          <w:rFonts w:ascii="Komet Pro Regular" w:hAnsi="Komet Pro Regular"/>
          <w:sz w:val="18"/>
          <w:szCs w:val="18"/>
        </w:rPr>
        <w:t xml:space="preserve"> Journalistentätigkeit</w:t>
      </w:r>
      <w:r w:rsidR="007152D0">
        <w:rPr>
          <w:rFonts w:ascii="Komet Pro Regular" w:hAnsi="Komet Pro Regular"/>
          <w:sz w:val="20"/>
          <w:szCs w:val="20"/>
        </w:rPr>
        <w:t xml:space="preserve">  </w:t>
      </w:r>
      <w:sdt>
        <w:sdtPr>
          <w:rPr>
            <w:rFonts w:ascii="Komet Pro Regular" w:hAnsi="Komet Pro Regular"/>
            <w:sz w:val="20"/>
            <w:szCs w:val="20"/>
          </w:rPr>
          <w:id w:val="-1418632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737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152D0">
        <w:rPr>
          <w:rFonts w:ascii="Komet Pro Regular" w:hAnsi="Komet Pro Regular"/>
          <w:sz w:val="20"/>
          <w:szCs w:val="20"/>
        </w:rPr>
        <w:t xml:space="preserve"> </w:t>
      </w:r>
      <w:r w:rsidR="00554D59" w:rsidRPr="00B97374">
        <w:rPr>
          <w:rFonts w:ascii="Komet Pro Regular" w:hAnsi="Komet Pro Regular"/>
          <w:sz w:val="18"/>
          <w:szCs w:val="18"/>
        </w:rPr>
        <w:t>Neben</w:t>
      </w:r>
      <w:r w:rsidR="00503401" w:rsidRPr="00B97374">
        <w:rPr>
          <w:rFonts w:ascii="Komet Pro Regular" w:hAnsi="Komet Pro Regular"/>
          <w:sz w:val="18"/>
          <w:szCs w:val="18"/>
        </w:rPr>
        <w:t>berufliche Ausübung</w:t>
      </w:r>
      <w:r w:rsidR="007152D0" w:rsidRPr="00B97374">
        <w:rPr>
          <w:rFonts w:ascii="Komet Pro Regular" w:hAnsi="Komet Pro Regular"/>
          <w:sz w:val="18"/>
          <w:szCs w:val="18"/>
        </w:rPr>
        <w:t xml:space="preserve"> der Journalistentä</w:t>
      </w:r>
      <w:r w:rsidR="00B97374" w:rsidRPr="00B97374">
        <w:rPr>
          <w:rFonts w:ascii="Komet Pro Regular" w:hAnsi="Komet Pro Regular"/>
          <w:sz w:val="18"/>
          <w:szCs w:val="18"/>
        </w:rPr>
        <w:t>tigkeit</w:t>
      </w:r>
    </w:p>
    <w:p w14:paraId="202FC628" w14:textId="65C83D4F" w:rsidR="00E8770E" w:rsidRPr="00573E7C" w:rsidRDefault="00766EAD">
      <w:pPr>
        <w:rPr>
          <w:rFonts w:ascii="Komet Pro Regular" w:hAnsi="Komet Pro Regular"/>
          <w:b/>
          <w:bCs/>
          <w:color w:val="EE0000"/>
          <w:sz w:val="24"/>
          <w:szCs w:val="24"/>
        </w:rPr>
      </w:pPr>
      <w:r w:rsidRPr="001A14C7">
        <w:rPr>
          <w:rFonts w:ascii="Komet Pro Regular" w:hAnsi="Komet Pro Regular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D517F71" wp14:editId="61E738DE">
                <wp:simplePos x="0" y="0"/>
                <wp:positionH relativeFrom="column">
                  <wp:posOffset>0</wp:posOffset>
                </wp:positionH>
                <wp:positionV relativeFrom="paragraph">
                  <wp:posOffset>-45720</wp:posOffset>
                </wp:positionV>
                <wp:extent cx="6381750" cy="0"/>
                <wp:effectExtent l="0" t="0" r="0" b="0"/>
                <wp:wrapNone/>
                <wp:docPr id="1041537265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B3D00" id="Gerader Verbinder 1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3.6pt" to="502.5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" strokecolor="#e00" strokeweight="1pt"/>
            </w:pict>
          </mc:Fallback>
        </mc:AlternateContent>
      </w:r>
      <w:r w:rsidR="00E8770E" w:rsidRPr="00573E7C">
        <w:rPr>
          <w:rFonts w:ascii="Komet Pro Regular" w:hAnsi="Komet Pro Regular"/>
          <w:b/>
          <w:bCs/>
          <w:color w:val="EE0000"/>
          <w:sz w:val="24"/>
          <w:szCs w:val="24"/>
        </w:rPr>
        <w:t>Berufs</w:t>
      </w:r>
      <w:r w:rsidR="003D4513" w:rsidRPr="00573E7C">
        <w:rPr>
          <w:rFonts w:ascii="Komet Pro Regular" w:hAnsi="Komet Pro Regular"/>
          <w:b/>
          <w:bCs/>
          <w:color w:val="EE0000"/>
          <w:sz w:val="24"/>
          <w:szCs w:val="24"/>
        </w:rPr>
        <w:t>status:</w:t>
      </w:r>
    </w:p>
    <w:p w14:paraId="5DF9CE81" w14:textId="77777777" w:rsidR="00B73D6F" w:rsidRDefault="00B73D6F">
      <w:pPr>
        <w:rPr>
          <w:rFonts w:ascii="Komet Pro Regular" w:hAnsi="Komet Pro Regular"/>
          <w:sz w:val="20"/>
          <w:szCs w:val="20"/>
        </w:rPr>
        <w:sectPr w:rsidR="00B73D6F" w:rsidSect="008078A7">
          <w:type w:val="continuous"/>
          <w:pgSz w:w="12240" w:h="15840"/>
          <w:pgMar w:top="1440" w:right="1134" w:bottom="1440" w:left="1134" w:header="720" w:footer="720" w:gutter="0"/>
          <w:cols w:space="720"/>
          <w:docGrid w:linePitch="360"/>
        </w:sectPr>
      </w:pPr>
    </w:p>
    <w:p w14:paraId="6CC4B06D" w14:textId="49E2DA85" w:rsidR="00B73D6F" w:rsidRDefault="00000000" w:rsidP="00B73D6F">
      <w:pPr>
        <w:rPr>
          <w:rFonts w:ascii="Komet Pro Regular" w:hAnsi="Komet Pro Regular"/>
          <w:sz w:val="20"/>
          <w:szCs w:val="20"/>
        </w:rPr>
      </w:pPr>
      <w:sdt>
        <w:sdtPr>
          <w:rPr>
            <w:rFonts w:ascii="Komet Pro Regular" w:hAnsi="Komet Pro Regular"/>
            <w:sz w:val="20"/>
            <w:szCs w:val="20"/>
          </w:rPr>
          <w:id w:val="832174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65A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D4513">
        <w:rPr>
          <w:rFonts w:ascii="Komet Pro Regular" w:hAnsi="Komet Pro Regular"/>
          <w:sz w:val="20"/>
          <w:szCs w:val="20"/>
        </w:rPr>
        <w:t xml:space="preserve"> Angestellt be</w:t>
      </w:r>
      <w:r w:rsidR="00B73D6F">
        <w:rPr>
          <w:rFonts w:ascii="Komet Pro Regular" w:hAnsi="Komet Pro Regular"/>
          <w:sz w:val="20"/>
          <w:szCs w:val="20"/>
        </w:rPr>
        <w:t>i</w:t>
      </w:r>
      <w:r w:rsidR="005D7894">
        <w:rPr>
          <w:rFonts w:ascii="Komet Pro Regular" w:hAnsi="Komet Pro Regular"/>
          <w:sz w:val="20"/>
          <w:szCs w:val="20"/>
        </w:rPr>
        <w:t xml:space="preserve"> Redaktion</w:t>
      </w:r>
      <w:r w:rsidR="00C565AC">
        <w:rPr>
          <w:rFonts w:ascii="Komet Pro Regular" w:hAnsi="Komet Pro Regular"/>
          <w:sz w:val="20"/>
          <w:szCs w:val="20"/>
        </w:rPr>
        <w:t xml:space="preserve">: </w:t>
      </w:r>
      <w:sdt>
        <w:sdtPr>
          <w:rPr>
            <w:rFonts w:ascii="Komet Pro Regular" w:hAnsi="Komet Pro Regular"/>
            <w:sz w:val="20"/>
            <w:szCs w:val="20"/>
          </w:rPr>
          <w:id w:val="160747513"/>
          <w:placeholder>
            <w:docPart w:val="BF13C52B2E6340C88A87D26925C1A980"/>
          </w:placeholder>
          <w:showingPlcHdr/>
        </w:sdtPr>
        <w:sdtContent>
          <w:r w:rsidR="00C565AC">
            <w:rPr>
              <w:rFonts w:ascii="Komet Pro Regular" w:hAnsi="Komet Pro Regular"/>
              <w:sz w:val="20"/>
              <w:szCs w:val="20"/>
            </w:rPr>
            <w:tab/>
          </w:r>
          <w:r w:rsidR="00C565AC">
            <w:rPr>
              <w:rFonts w:ascii="Komet Pro Regular" w:hAnsi="Komet Pro Regular"/>
              <w:sz w:val="20"/>
              <w:szCs w:val="20"/>
            </w:rPr>
            <w:tab/>
          </w:r>
          <w:r w:rsidR="00C565AC">
            <w:rPr>
              <w:rFonts w:ascii="Komet Pro Regular" w:hAnsi="Komet Pro Regular"/>
              <w:sz w:val="20"/>
              <w:szCs w:val="20"/>
            </w:rPr>
            <w:tab/>
            <w:t xml:space="preserve"> </w:t>
          </w:r>
        </w:sdtContent>
      </w:sdt>
    </w:p>
    <w:p w14:paraId="140D5A72" w14:textId="1F0DBAD1" w:rsidR="003D4513" w:rsidRDefault="003D4513" w:rsidP="00B73D6F">
      <w:pPr>
        <w:rPr>
          <w:rFonts w:ascii="Komet Pro Regular" w:hAnsi="Komet Pro Regular"/>
          <w:sz w:val="20"/>
          <w:szCs w:val="20"/>
        </w:rPr>
      </w:pPr>
      <w:r>
        <w:rPr>
          <w:rFonts w:ascii="Komet Pro Regular" w:hAnsi="Komet Pro Regular"/>
          <w:sz w:val="20"/>
          <w:szCs w:val="20"/>
        </w:rPr>
        <w:t>Ansprechpartner:</w:t>
      </w:r>
      <w:sdt>
        <w:sdtPr>
          <w:rPr>
            <w:rFonts w:ascii="Komet Pro Regular" w:hAnsi="Komet Pro Regular"/>
            <w:sz w:val="20"/>
            <w:szCs w:val="20"/>
          </w:rPr>
          <w:id w:val="-31739864"/>
          <w:placeholder>
            <w:docPart w:val="38058E6450F448C482A3835F1ABEF3CC"/>
          </w:placeholder>
          <w:showingPlcHdr/>
        </w:sdtPr>
        <w:sdtContent>
          <w:r w:rsidR="00B73D6F">
            <w:rPr>
              <w:rStyle w:val="Platzhaltertext"/>
            </w:rPr>
            <w:tab/>
          </w:r>
          <w:r w:rsidR="00B73D6F">
            <w:rPr>
              <w:rStyle w:val="Platzhaltertext"/>
            </w:rPr>
            <w:tab/>
          </w:r>
          <w:r w:rsidR="00B73D6F">
            <w:rPr>
              <w:rStyle w:val="Platzhaltertext"/>
            </w:rPr>
            <w:tab/>
            <w:t xml:space="preserve">   </w:t>
          </w:r>
        </w:sdtContent>
      </w:sdt>
    </w:p>
    <w:p w14:paraId="5374035A" w14:textId="37735661" w:rsidR="00B73D6F" w:rsidRDefault="00B73D6F">
      <w:pPr>
        <w:rPr>
          <w:rFonts w:ascii="Komet Pro Regular" w:hAnsi="Komet Pro Regular"/>
          <w:sz w:val="20"/>
          <w:szCs w:val="20"/>
        </w:rPr>
        <w:sectPr w:rsidR="00B73D6F" w:rsidSect="00B73D6F">
          <w:type w:val="continuous"/>
          <w:pgSz w:w="12240" w:h="15840"/>
          <w:pgMar w:top="1440" w:right="1134" w:bottom="1440" w:left="1134" w:header="720" w:footer="720" w:gutter="0"/>
          <w:cols w:num="2" w:space="720"/>
          <w:docGrid w:linePitch="360"/>
        </w:sectPr>
      </w:pPr>
    </w:p>
    <w:p w14:paraId="772E2FD7" w14:textId="5FE33950" w:rsidR="00E8770E" w:rsidRDefault="00000000" w:rsidP="00296089">
      <w:pPr>
        <w:spacing w:after="0"/>
        <w:rPr>
          <w:rFonts w:ascii="Komet Pro Regular" w:hAnsi="Komet Pro Regular"/>
          <w:sz w:val="20"/>
          <w:szCs w:val="20"/>
        </w:rPr>
      </w:pPr>
      <w:sdt>
        <w:sdtPr>
          <w:rPr>
            <w:rFonts w:ascii="Komet Pro Regular" w:hAnsi="Komet Pro Regular"/>
            <w:sz w:val="20"/>
            <w:szCs w:val="20"/>
          </w:rPr>
          <w:id w:val="1915972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6B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02DF6">
        <w:rPr>
          <w:rFonts w:ascii="Komet Pro Regular" w:hAnsi="Komet Pro Regular"/>
          <w:sz w:val="20"/>
          <w:szCs w:val="20"/>
        </w:rPr>
        <w:t xml:space="preserve"> Selbständig</w:t>
      </w:r>
      <w:r w:rsidR="009E219B">
        <w:rPr>
          <w:rFonts w:ascii="Komet Pro Regular" w:hAnsi="Komet Pro Regular"/>
          <w:sz w:val="20"/>
          <w:szCs w:val="20"/>
        </w:rPr>
        <w:t>/Freiberuflich</w:t>
      </w:r>
    </w:p>
    <w:p w14:paraId="55CDF15A" w14:textId="0BCB0008" w:rsidR="00582442" w:rsidRDefault="006A7FDA" w:rsidP="00296089">
      <w:pPr>
        <w:spacing w:after="0"/>
        <w:rPr>
          <w:rFonts w:ascii="Komet Pro Regular" w:hAnsi="Komet Pro Regular"/>
          <w:sz w:val="20"/>
          <w:szCs w:val="20"/>
        </w:rPr>
      </w:pPr>
      <w:r>
        <w:rPr>
          <w:rFonts w:ascii="Komet Pro Regular" w:hAnsi="Komet Pro Regular"/>
          <w:sz w:val="20"/>
          <w:szCs w:val="20"/>
        </w:rPr>
        <w:t xml:space="preserve"> </w:t>
      </w:r>
      <w:r w:rsidR="00BF64D3">
        <w:rPr>
          <w:rFonts w:ascii="Komet Pro Regular" w:hAnsi="Komet Pro Regular"/>
          <w:sz w:val="20"/>
          <w:szCs w:val="20"/>
        </w:rPr>
        <w:t xml:space="preserve"> </w:t>
      </w:r>
      <w:r>
        <w:rPr>
          <w:rFonts w:ascii="Komet Pro Regular" w:hAnsi="Komet Pro Regular"/>
          <w:sz w:val="20"/>
          <w:szCs w:val="20"/>
        </w:rPr>
        <w:t xml:space="preserve">   </w:t>
      </w:r>
      <w:r w:rsidR="00DE075C">
        <w:rPr>
          <w:rFonts w:ascii="Komet Pro Regular" w:hAnsi="Komet Pro Regular"/>
          <w:sz w:val="20"/>
          <w:szCs w:val="20"/>
        </w:rPr>
        <w:t>Redaktionauftrag von (Medi</w:t>
      </w:r>
      <w:r w:rsidR="0017648F">
        <w:rPr>
          <w:rFonts w:ascii="Komet Pro Regular" w:hAnsi="Komet Pro Regular"/>
          <w:sz w:val="20"/>
          <w:szCs w:val="20"/>
        </w:rPr>
        <w:t>um/Ansprechpartner):</w:t>
      </w:r>
      <w:r w:rsidR="00582442">
        <w:rPr>
          <w:rFonts w:ascii="Komet Pro Regular" w:hAnsi="Komet Pro Regular"/>
          <w:sz w:val="20"/>
          <w:szCs w:val="20"/>
        </w:rPr>
        <w:tab/>
      </w:r>
      <w:r w:rsidR="00296089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-1892798048"/>
          <w:placeholder>
            <w:docPart w:val="25CF8948715F4A219FD0719F4C847D03"/>
          </w:placeholder>
          <w:showingPlcHdr/>
        </w:sdtPr>
        <w:sdtContent>
          <w:r w:rsidR="0091725A">
            <w:rPr>
              <w:rStyle w:val="Platzhaltertext"/>
            </w:rPr>
            <w:tab/>
          </w:r>
          <w:r w:rsidR="0091725A">
            <w:rPr>
              <w:rStyle w:val="Platzhaltertext"/>
            </w:rPr>
            <w:tab/>
          </w:r>
          <w:r w:rsidR="0091725A">
            <w:rPr>
              <w:rStyle w:val="Platzhaltertext"/>
            </w:rPr>
            <w:tab/>
          </w:r>
          <w:r w:rsidR="0091725A">
            <w:rPr>
              <w:rStyle w:val="Platzhaltertext"/>
            </w:rPr>
            <w:tab/>
          </w:r>
          <w:r w:rsidR="0091725A">
            <w:rPr>
              <w:rStyle w:val="Platzhaltertext"/>
            </w:rPr>
            <w:tab/>
          </w:r>
          <w:r w:rsidR="0091725A">
            <w:rPr>
              <w:rStyle w:val="Platzhaltertext"/>
            </w:rPr>
            <w:tab/>
          </w:r>
        </w:sdtContent>
      </w:sdt>
    </w:p>
    <w:p w14:paraId="50866B4C" w14:textId="0E208817" w:rsidR="00C97269" w:rsidRDefault="00766EAD" w:rsidP="00296089">
      <w:pPr>
        <w:spacing w:after="0"/>
        <w:rPr>
          <w:rFonts w:ascii="Komet Pro Regular" w:hAnsi="Komet Pro Regular"/>
          <w:sz w:val="20"/>
          <w:szCs w:val="20"/>
        </w:rPr>
      </w:pPr>
      <w:r w:rsidRPr="001A14C7">
        <w:rPr>
          <w:rFonts w:ascii="Komet Pro Regular" w:hAnsi="Komet Pro Regular"/>
          <w:b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1202C31" wp14:editId="67DFE88B">
                <wp:simplePos x="0" y="0"/>
                <wp:positionH relativeFrom="column">
                  <wp:posOffset>-53340</wp:posOffset>
                </wp:positionH>
                <wp:positionV relativeFrom="paragraph">
                  <wp:posOffset>72390</wp:posOffset>
                </wp:positionV>
                <wp:extent cx="6381750" cy="0"/>
                <wp:effectExtent l="0" t="0" r="0" b="0"/>
                <wp:wrapNone/>
                <wp:docPr id="1512222295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4DA353" id="Gerader Verbinder 1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5.7pt" to="498.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" strokecolor="#e00" strokeweight="1pt"/>
            </w:pict>
          </mc:Fallback>
        </mc:AlternateContent>
      </w:r>
    </w:p>
    <w:p w14:paraId="5C2AE3C7" w14:textId="77777777" w:rsidR="0075281B" w:rsidRDefault="0075281B" w:rsidP="00296089">
      <w:pPr>
        <w:spacing w:after="0"/>
        <w:rPr>
          <w:rFonts w:ascii="Komet Pro Regular" w:hAnsi="Komet Pro Regular"/>
          <w:sz w:val="20"/>
          <w:szCs w:val="20"/>
        </w:rPr>
        <w:sectPr w:rsidR="0075281B" w:rsidSect="008078A7">
          <w:type w:val="continuous"/>
          <w:pgSz w:w="12240" w:h="15840"/>
          <w:pgMar w:top="1440" w:right="1134" w:bottom="1440" w:left="1134" w:header="720" w:footer="720" w:gutter="0"/>
          <w:cols w:space="720"/>
          <w:docGrid w:linePitch="360"/>
        </w:sectPr>
      </w:pPr>
    </w:p>
    <w:p w14:paraId="196BCC2A" w14:textId="77777777" w:rsidR="007C28C9" w:rsidRDefault="007C28C9" w:rsidP="00631914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</w:pPr>
    </w:p>
    <w:p w14:paraId="09FFB92F" w14:textId="77912D1D" w:rsidR="00631914" w:rsidRDefault="004043C7" w:rsidP="00631914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</w:pPr>
      <w:r w:rsidRPr="004043C7">
        <w:rPr>
          <w:rFonts w:ascii="Komet Pro Regular" w:hAnsi="Komet Pro Regular"/>
          <w:b/>
          <w:bCs/>
          <w:color w:val="EE0000"/>
          <w:sz w:val="24"/>
          <w:szCs w:val="24"/>
        </w:rPr>
        <w:t>Presseausweis</w:t>
      </w:r>
    </w:p>
    <w:p w14:paraId="0E911ADC" w14:textId="77777777" w:rsidR="00631914" w:rsidRDefault="00631914" w:rsidP="00631914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</w:pPr>
    </w:p>
    <w:p w14:paraId="7471332A" w14:textId="4E378E9C" w:rsidR="00631914" w:rsidRPr="00631914" w:rsidRDefault="00631914" w:rsidP="00631914">
      <w:pPr>
        <w:spacing w:after="0"/>
        <w:rPr>
          <w:rFonts w:ascii="Komet Pro Regular" w:hAnsi="Komet Pro Regular"/>
          <w:b/>
          <w:bCs/>
          <w:color w:val="EE0000"/>
          <w:sz w:val="24"/>
          <w:szCs w:val="24"/>
        </w:rPr>
        <w:sectPr w:rsidR="00631914" w:rsidRPr="00631914" w:rsidSect="00D36461">
          <w:type w:val="continuous"/>
          <w:pgSz w:w="12240" w:h="15840"/>
          <w:pgMar w:top="1440" w:right="1134" w:bottom="1440" w:left="1134" w:header="720" w:footer="720" w:gutter="0"/>
          <w:cols w:num="2" w:space="335"/>
          <w:docGrid w:linePitch="360"/>
        </w:sectPr>
      </w:pPr>
    </w:p>
    <w:p w14:paraId="1817953C" w14:textId="44D89BF6" w:rsidR="00766EAD" w:rsidRDefault="00766EAD" w:rsidP="00296089">
      <w:pPr>
        <w:spacing w:after="0"/>
        <w:rPr>
          <w:rFonts w:ascii="Komet Pro Regular" w:hAnsi="Komet Pro Regular"/>
          <w:sz w:val="20"/>
          <w:szCs w:val="20"/>
        </w:rPr>
      </w:pPr>
    </w:p>
    <w:p w14:paraId="66B9C989" w14:textId="27286942" w:rsidR="00631914" w:rsidRDefault="00631914" w:rsidP="00296089">
      <w:pPr>
        <w:spacing w:after="0"/>
        <w:rPr>
          <w:rFonts w:ascii="Komet Pro Regular" w:hAnsi="Komet Pro Regular"/>
          <w:sz w:val="20"/>
          <w:szCs w:val="20"/>
        </w:rPr>
      </w:pPr>
      <w:r>
        <w:rPr>
          <w:rFonts w:ascii="Komet Pro Regular" w:hAnsi="Komet Pro Regular"/>
          <w:sz w:val="20"/>
          <w:szCs w:val="20"/>
        </w:rPr>
        <w:t>Ausgestellt von:</w:t>
      </w:r>
      <w:sdt>
        <w:sdtPr>
          <w:rPr>
            <w:rFonts w:ascii="Komet Pro Regular" w:hAnsi="Komet Pro Regular"/>
            <w:sz w:val="20"/>
            <w:szCs w:val="20"/>
          </w:rPr>
          <w:id w:val="149882475"/>
          <w:placeholder>
            <w:docPart w:val="B36493A6D198480380ED67EF8C5CECD3"/>
          </w:placeholder>
          <w:showingPlcHdr/>
        </w:sdtPr>
        <w:sdtContent>
          <w:r w:rsidR="007C28C9">
            <w:rPr>
              <w:rStyle w:val="Platzhaltertext"/>
            </w:rPr>
            <w:t xml:space="preserve">                                                      </w:t>
          </w:r>
        </w:sdtContent>
      </w:sdt>
      <w:r w:rsidR="00D12560">
        <w:rPr>
          <w:rFonts w:ascii="Komet Pro Regular" w:hAnsi="Komet Pro Regular"/>
          <w:sz w:val="20"/>
          <w:szCs w:val="20"/>
        </w:rPr>
        <w:t xml:space="preserve">  Presseausweis-Nummer:</w:t>
      </w:r>
      <w:r w:rsidR="007C28C9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1886831046"/>
          <w:placeholder>
            <w:docPart w:val="2976A7F2F8E94145B836721418419817"/>
          </w:placeholder>
          <w:showingPlcHdr/>
        </w:sdtPr>
        <w:sdtContent>
          <w:r w:rsidR="007C28C9">
            <w:rPr>
              <w:rStyle w:val="Platzhaltertext"/>
            </w:rPr>
            <w:t xml:space="preserve">                </w:t>
          </w:r>
          <w:r w:rsidR="002430BC">
            <w:rPr>
              <w:rStyle w:val="Platzhaltertext"/>
            </w:rPr>
            <w:t xml:space="preserve">                        </w:t>
          </w:r>
        </w:sdtContent>
      </w:sdt>
    </w:p>
    <w:p w14:paraId="7ACC3A84" w14:textId="373E532F" w:rsidR="00ED1E60" w:rsidRDefault="00ED1E60" w:rsidP="00296089">
      <w:pPr>
        <w:spacing w:after="0"/>
        <w:rPr>
          <w:rFonts w:ascii="Komet Pro Regular" w:hAnsi="Komet Pro Regular"/>
          <w:sz w:val="20"/>
          <w:szCs w:val="20"/>
        </w:rPr>
      </w:pPr>
    </w:p>
    <w:p w14:paraId="22F0D548" w14:textId="635F9BDA" w:rsidR="00F1306A" w:rsidRDefault="00000000" w:rsidP="00296089">
      <w:pPr>
        <w:spacing w:after="0"/>
        <w:rPr>
          <w:rFonts w:ascii="Komet Pro Regular" w:hAnsi="Komet Pro Regular"/>
          <w:sz w:val="20"/>
          <w:szCs w:val="20"/>
        </w:rPr>
      </w:pPr>
      <w:sdt>
        <w:sdtPr>
          <w:rPr>
            <w:rFonts w:ascii="Komet Pro Regular" w:hAnsi="Komet Pro Regular"/>
            <w:sz w:val="20"/>
            <w:szCs w:val="20"/>
          </w:rPr>
          <w:id w:val="-1091084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E6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D1E60">
        <w:rPr>
          <w:rFonts w:ascii="Komet Pro Regular" w:hAnsi="Komet Pro Regular"/>
          <w:sz w:val="20"/>
          <w:szCs w:val="20"/>
        </w:rPr>
        <w:t xml:space="preserve"> </w:t>
      </w:r>
      <w:r w:rsidR="00F1306A">
        <w:rPr>
          <w:rFonts w:ascii="Komet Pro Regular" w:hAnsi="Komet Pro Regular"/>
          <w:sz w:val="20"/>
          <w:szCs w:val="20"/>
        </w:rPr>
        <w:t>Ich besitze keine</w:t>
      </w:r>
      <w:r w:rsidR="00FD2982">
        <w:rPr>
          <w:rFonts w:ascii="Komet Pro Regular" w:hAnsi="Komet Pro Regular"/>
          <w:sz w:val="20"/>
          <w:szCs w:val="20"/>
        </w:rPr>
        <w:t>n</w:t>
      </w:r>
      <w:r w:rsidR="00F1306A">
        <w:rPr>
          <w:rFonts w:ascii="Komet Pro Regular" w:hAnsi="Komet Pro Regular"/>
          <w:sz w:val="20"/>
          <w:szCs w:val="20"/>
        </w:rPr>
        <w:t xml:space="preserve"> Presseausweis</w:t>
      </w:r>
    </w:p>
    <w:p w14:paraId="00892A70" w14:textId="3D419C1A" w:rsidR="00F1306A" w:rsidRDefault="00F1306A" w:rsidP="00296089">
      <w:pPr>
        <w:spacing w:after="0"/>
        <w:rPr>
          <w:rFonts w:ascii="Komet Pro Regular" w:hAnsi="Komet Pro Regular"/>
          <w:sz w:val="16"/>
          <w:szCs w:val="16"/>
        </w:rPr>
      </w:pPr>
    </w:p>
    <w:p w14:paraId="55E6D327" w14:textId="77777777" w:rsidR="007C28C9" w:rsidRDefault="007C28C9" w:rsidP="00296089">
      <w:pPr>
        <w:spacing w:after="0"/>
        <w:rPr>
          <w:rFonts w:ascii="Komet Pro Regular" w:hAnsi="Komet Pro Regular"/>
          <w:sz w:val="16"/>
          <w:szCs w:val="16"/>
        </w:rPr>
      </w:pPr>
    </w:p>
    <w:p w14:paraId="5B60CADD" w14:textId="77777777" w:rsidR="007C28C9" w:rsidRPr="007C28C9" w:rsidRDefault="007C28C9" w:rsidP="007C28C9">
      <w:pPr>
        <w:spacing w:after="0"/>
        <w:rPr>
          <w:rFonts w:ascii="Komet Pro Regular" w:hAnsi="Komet Pro Regular"/>
          <w:sz w:val="16"/>
          <w:szCs w:val="16"/>
          <w:lang w:val="de-DE"/>
        </w:rPr>
      </w:pPr>
      <w:r w:rsidRPr="007C28C9">
        <w:rPr>
          <w:rFonts w:ascii="Komet Pro Regular" w:hAnsi="Komet Pro Regular"/>
          <w:sz w:val="16"/>
          <w:szCs w:val="16"/>
          <w:lang w:val="de-DE"/>
        </w:rPr>
        <w:t>Angaben, sowie die Einhaltung sämtlicher Anweisungen der Ordner und Mitarbeiter*innen bei den Heimspielen der Roten Raben Vilsbiburg in der Ballsporthalle. Eine Nicht-Einhaltung dieser Anweisung kann den Entzug der Akkreditierung zur Folge haben. </w:t>
      </w:r>
    </w:p>
    <w:p w14:paraId="127AA58B" w14:textId="106FA9D4" w:rsidR="008A6961" w:rsidRDefault="008A6961" w:rsidP="00296089">
      <w:pPr>
        <w:spacing w:after="0"/>
        <w:rPr>
          <w:rFonts w:ascii="Komet Pro Regular" w:hAnsi="Komet Pro Regular"/>
          <w:sz w:val="16"/>
          <w:szCs w:val="16"/>
        </w:rPr>
      </w:pPr>
    </w:p>
    <w:p w14:paraId="36DC85F8" w14:textId="77777777" w:rsidR="002430BC" w:rsidRDefault="002430BC" w:rsidP="00296089">
      <w:pPr>
        <w:spacing w:after="0"/>
        <w:rPr>
          <w:rFonts w:ascii="Komet Pro Regular" w:hAnsi="Komet Pro Regular"/>
          <w:sz w:val="16"/>
          <w:szCs w:val="16"/>
        </w:rPr>
      </w:pPr>
    </w:p>
    <w:p w14:paraId="0196CF5E" w14:textId="77777777" w:rsidR="002430BC" w:rsidRDefault="002430BC" w:rsidP="00296089">
      <w:pPr>
        <w:spacing w:after="0"/>
        <w:rPr>
          <w:rFonts w:ascii="Komet Pro Regular" w:hAnsi="Komet Pro Regular"/>
          <w:sz w:val="16"/>
          <w:szCs w:val="16"/>
        </w:rPr>
      </w:pPr>
    </w:p>
    <w:p w14:paraId="4D65286A" w14:textId="20B1CA2D" w:rsidR="00360B63" w:rsidRDefault="0046692C" w:rsidP="00296089">
      <w:pPr>
        <w:spacing w:after="0"/>
        <w:rPr>
          <w:rFonts w:ascii="Komet Pro Regular" w:hAnsi="Komet Pro Regular"/>
          <w:sz w:val="20"/>
          <w:szCs w:val="20"/>
        </w:rPr>
      </w:pPr>
      <w:r>
        <w:rPr>
          <w:rFonts w:ascii="Komet Pro Regular" w:hAnsi="Komet Pro Regular"/>
          <w:sz w:val="20"/>
          <w:szCs w:val="20"/>
        </w:rPr>
        <w:t>Ort</w:t>
      </w:r>
      <w:sdt>
        <w:sdtPr>
          <w:rPr>
            <w:rFonts w:ascii="Komet Pro Regular" w:hAnsi="Komet Pro Regular"/>
            <w:sz w:val="20"/>
            <w:szCs w:val="20"/>
          </w:rPr>
          <w:id w:val="-425421695"/>
          <w:placeholder>
            <w:docPart w:val="DefaultPlaceholder_-1854013440"/>
          </w:placeholder>
        </w:sdtPr>
        <w:sdtContent>
          <w:r>
            <w:rPr>
              <w:rFonts w:ascii="Komet Pro Regular" w:hAnsi="Komet Pro Regular"/>
              <w:sz w:val="20"/>
              <w:szCs w:val="20"/>
            </w:rPr>
            <w:t xml:space="preserve">        </w:t>
          </w:r>
          <w:r w:rsidR="00C829BE">
            <w:rPr>
              <w:rFonts w:ascii="Komet Pro Regular" w:hAnsi="Komet Pro Regular"/>
              <w:sz w:val="20"/>
              <w:szCs w:val="20"/>
            </w:rPr>
            <w:t xml:space="preserve">                      </w:t>
          </w:r>
          <w:r>
            <w:rPr>
              <w:rFonts w:ascii="Komet Pro Regular" w:hAnsi="Komet Pro Regular"/>
              <w:sz w:val="20"/>
              <w:szCs w:val="20"/>
            </w:rPr>
            <w:t xml:space="preserve">  </w:t>
          </w:r>
        </w:sdtContent>
      </w:sdt>
      <w:r w:rsidR="00573E7C" w:rsidRPr="00573E7C">
        <w:rPr>
          <w:rFonts w:ascii="Komet Pro Regular" w:hAnsi="Komet Pro Regular"/>
          <w:sz w:val="20"/>
          <w:szCs w:val="20"/>
        </w:rPr>
        <w:t>,</w:t>
      </w:r>
      <w:r>
        <w:rPr>
          <w:rFonts w:ascii="Komet Pro Regular" w:hAnsi="Komet Pro Regular"/>
          <w:sz w:val="20"/>
          <w:szCs w:val="20"/>
        </w:rPr>
        <w:t xml:space="preserve"> Datum</w:t>
      </w:r>
      <w:r w:rsidR="00573E7C" w:rsidRPr="00573E7C">
        <w:rPr>
          <w:rFonts w:ascii="Komet Pro Regular" w:hAnsi="Komet Pro Regular"/>
          <w:sz w:val="20"/>
          <w:szCs w:val="20"/>
        </w:rPr>
        <w:t xml:space="preserve"> </w:t>
      </w:r>
      <w:sdt>
        <w:sdtPr>
          <w:rPr>
            <w:rFonts w:ascii="Komet Pro Regular" w:hAnsi="Komet Pro Regular"/>
            <w:sz w:val="20"/>
            <w:szCs w:val="20"/>
          </w:rPr>
          <w:id w:val="-1129322634"/>
          <w:placeholder>
            <w:docPart w:val="DefaultPlaceholder_-1854013440"/>
          </w:placeholder>
        </w:sdtPr>
        <w:sdtContent>
          <w:r>
            <w:rPr>
              <w:rFonts w:ascii="Komet Pro Regular" w:hAnsi="Komet Pro Regular"/>
              <w:sz w:val="20"/>
              <w:szCs w:val="20"/>
            </w:rPr>
            <w:t xml:space="preserve">         </w:t>
          </w:r>
          <w:r w:rsidR="00C829BE">
            <w:rPr>
              <w:rFonts w:ascii="Komet Pro Regular" w:hAnsi="Komet Pro Regular"/>
              <w:sz w:val="20"/>
              <w:szCs w:val="20"/>
            </w:rPr>
            <w:t xml:space="preserve">     </w:t>
          </w:r>
          <w:r>
            <w:rPr>
              <w:rFonts w:ascii="Komet Pro Regular" w:hAnsi="Komet Pro Regular"/>
              <w:sz w:val="20"/>
              <w:szCs w:val="20"/>
            </w:rPr>
            <w:t xml:space="preserve">     </w:t>
          </w:r>
        </w:sdtContent>
      </w:sdt>
    </w:p>
    <w:p w14:paraId="632FC4CB" w14:textId="4272483B" w:rsidR="00B739E9" w:rsidRDefault="00486960" w:rsidP="00486960">
      <w:pPr>
        <w:spacing w:after="0"/>
        <w:rPr>
          <w:rFonts w:ascii="Komet Pro Regular" w:hAnsi="Komet Pro Regular"/>
          <w:sz w:val="20"/>
          <w:szCs w:val="20"/>
        </w:rPr>
      </w:pPr>
      <w:r>
        <w:rPr>
          <w:rFonts w:ascii="Komet Pro Regular" w:hAnsi="Komet Pro Regula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B21BA15" wp14:editId="071FF4CE">
                <wp:simplePos x="0" y="0"/>
                <wp:positionH relativeFrom="column">
                  <wp:posOffset>2632710</wp:posOffset>
                </wp:positionH>
                <wp:positionV relativeFrom="paragraph">
                  <wp:posOffset>167640</wp:posOffset>
                </wp:positionV>
                <wp:extent cx="3467100" cy="9525"/>
                <wp:effectExtent l="0" t="0" r="19050" b="28575"/>
                <wp:wrapNone/>
                <wp:docPr id="853135476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7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54C66C" id="Gerader Verbinder 4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3pt,13.2pt" to="480.3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" strokecolor="black [3040]"/>
            </w:pict>
          </mc:Fallback>
        </mc:AlternateContent>
      </w:r>
      <w:r w:rsidR="00FC3287">
        <w:rPr>
          <w:rFonts w:ascii="Komet Pro Regular" w:hAnsi="Komet Pro Regular"/>
          <w:sz w:val="20"/>
          <w:szCs w:val="20"/>
        </w:rPr>
        <w:t xml:space="preserve">                                              </w:t>
      </w:r>
    </w:p>
    <w:p w14:paraId="27B54A0C" w14:textId="35CAE619" w:rsidR="00FC3287" w:rsidRPr="00FC3287" w:rsidRDefault="007C28C9" w:rsidP="00296089">
      <w:pPr>
        <w:spacing w:after="0"/>
        <w:rPr>
          <w:rFonts w:ascii="Komet Pro Regular" w:hAnsi="Komet Pro Regular"/>
          <w:i/>
          <w:iCs/>
          <w:sz w:val="20"/>
          <w:szCs w:val="20"/>
        </w:rPr>
      </w:pPr>
      <w:r>
        <w:rPr>
          <w:rFonts w:ascii="Komet Pro Regular" w:hAnsi="Komet Pro Regular"/>
          <w:noProof/>
          <w:sz w:val="20"/>
          <w:szCs w:val="20"/>
        </w:rPr>
        <w:drawing>
          <wp:anchor distT="0" distB="0" distL="114300" distR="114300" simplePos="0" relativeHeight="251658249" behindDoc="1" locked="0" layoutInCell="1" allowOverlap="1" wp14:anchorId="61D47F79" wp14:editId="7584EB29">
            <wp:simplePos x="0" y="0"/>
            <wp:positionH relativeFrom="column">
              <wp:posOffset>-739140</wp:posOffset>
            </wp:positionH>
            <wp:positionV relativeFrom="page">
              <wp:posOffset>9134475</wp:posOffset>
            </wp:positionV>
            <wp:extent cx="3036570" cy="1148715"/>
            <wp:effectExtent l="0" t="0" r="0" b="0"/>
            <wp:wrapNone/>
            <wp:docPr id="97147333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35439" name="Grafik 6747354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036570" cy="1148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2A1">
        <w:rPr>
          <w:rFonts w:ascii="Komet Pro Regular" w:hAnsi="Komet Pro Regular"/>
          <w:noProof/>
          <w:sz w:val="16"/>
          <w:szCs w:val="16"/>
        </w:rPr>
        <w:drawing>
          <wp:anchor distT="0" distB="0" distL="114300" distR="114300" simplePos="0" relativeHeight="251658248" behindDoc="0" locked="0" layoutInCell="1" allowOverlap="1" wp14:anchorId="6CB6D1C0" wp14:editId="174AF2F9">
            <wp:simplePos x="0" y="0"/>
            <wp:positionH relativeFrom="column">
              <wp:posOffset>-930275</wp:posOffset>
            </wp:positionH>
            <wp:positionV relativeFrom="paragraph">
              <wp:posOffset>1699260</wp:posOffset>
            </wp:positionV>
            <wp:extent cx="3899647" cy="1370808"/>
            <wp:effectExtent l="0" t="0" r="5715" b="1270"/>
            <wp:wrapNone/>
            <wp:docPr id="12402196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21966" name="Grafik 1240219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899647" cy="1370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287">
        <w:rPr>
          <w:rFonts w:ascii="Komet Pro Regular" w:hAnsi="Komet Pro Regular"/>
          <w:sz w:val="20"/>
          <w:szCs w:val="20"/>
        </w:rPr>
        <w:tab/>
      </w:r>
      <w:r w:rsidR="00FC3287">
        <w:rPr>
          <w:rFonts w:ascii="Komet Pro Regular" w:hAnsi="Komet Pro Regular"/>
          <w:sz w:val="20"/>
          <w:szCs w:val="20"/>
        </w:rPr>
        <w:tab/>
      </w:r>
      <w:r w:rsidR="00FC3287">
        <w:rPr>
          <w:rFonts w:ascii="Komet Pro Regular" w:hAnsi="Komet Pro Regular"/>
          <w:sz w:val="20"/>
          <w:szCs w:val="20"/>
        </w:rPr>
        <w:tab/>
      </w:r>
      <w:r w:rsidR="00FC3287">
        <w:rPr>
          <w:rFonts w:ascii="Komet Pro Regular" w:hAnsi="Komet Pro Regular"/>
          <w:sz w:val="20"/>
          <w:szCs w:val="20"/>
        </w:rPr>
        <w:tab/>
      </w:r>
      <w:r w:rsidR="00FC3287">
        <w:rPr>
          <w:rFonts w:ascii="Komet Pro Regular" w:hAnsi="Komet Pro Regular"/>
          <w:sz w:val="20"/>
          <w:szCs w:val="20"/>
        </w:rPr>
        <w:tab/>
      </w:r>
      <w:r w:rsidR="00FC3287">
        <w:rPr>
          <w:rFonts w:ascii="Komet Pro Regular" w:hAnsi="Komet Pro Regular"/>
          <w:sz w:val="20"/>
          <w:szCs w:val="20"/>
        </w:rPr>
        <w:tab/>
      </w:r>
      <w:r w:rsidR="00F53407">
        <w:rPr>
          <w:rFonts w:ascii="Komet Pro Regular" w:hAnsi="Komet Pro Regular"/>
          <w:sz w:val="20"/>
          <w:szCs w:val="20"/>
        </w:rPr>
        <w:t xml:space="preserve">           </w:t>
      </w:r>
      <w:r w:rsidR="00C829BE">
        <w:rPr>
          <w:rFonts w:ascii="Komet Pro Regular" w:hAnsi="Komet Pro Regular"/>
          <w:sz w:val="20"/>
          <w:szCs w:val="20"/>
        </w:rPr>
        <w:t xml:space="preserve">             </w:t>
      </w:r>
      <w:r w:rsidR="00F53407">
        <w:rPr>
          <w:rFonts w:ascii="Komet Pro Regular" w:hAnsi="Komet Pro Regular"/>
          <w:sz w:val="20"/>
          <w:szCs w:val="20"/>
        </w:rPr>
        <w:t xml:space="preserve"> </w:t>
      </w:r>
      <w:r w:rsidR="00C829BE">
        <w:rPr>
          <w:rFonts w:ascii="Komet Pro Regular" w:hAnsi="Komet Pro Regular"/>
          <w:sz w:val="20"/>
          <w:szCs w:val="20"/>
        </w:rPr>
        <w:t xml:space="preserve">         </w:t>
      </w:r>
      <w:r w:rsidR="00F53407">
        <w:rPr>
          <w:rFonts w:ascii="Komet Pro Regular" w:hAnsi="Komet Pro Regular"/>
          <w:sz w:val="20"/>
          <w:szCs w:val="20"/>
        </w:rPr>
        <w:t xml:space="preserve"> </w:t>
      </w:r>
      <w:r w:rsidR="00FC3287" w:rsidRPr="00FC3287">
        <w:rPr>
          <w:rFonts w:ascii="Komet Pro Regular" w:hAnsi="Komet Pro Regular"/>
          <w:i/>
          <w:iCs/>
          <w:sz w:val="20"/>
          <w:szCs w:val="20"/>
        </w:rPr>
        <w:t>Unterschrift</w:t>
      </w:r>
    </w:p>
    <w:sectPr w:rsidR="00FC3287" w:rsidRPr="00FC3287" w:rsidSect="008078A7">
      <w:type w:val="continuous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Komet Pro Regular">
    <w:panose1 w:val="020B0502030308020B04"/>
    <w:charset w:val="00"/>
    <w:family w:val="swiss"/>
    <w:pitch w:val="variable"/>
    <w:sig w:usb0="A00000AF" w:usb1="00000031" w:usb2="00000000" w:usb3="00000000" w:csb0="0000009B" w:csb1="00000000"/>
  </w:font>
  <w:font w:name="Neo Tech Std Medium">
    <w:panose1 w:val="020B0604030504040204"/>
    <w:charset w:val="00"/>
    <w:family w:val="swiss"/>
    <w:notTrueType/>
    <w:pitch w:val="variable"/>
    <w:sig w:usb0="800000AF" w:usb1="5000205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1510046">
    <w:abstractNumId w:val="8"/>
  </w:num>
  <w:num w:numId="2" w16cid:durableId="1183012015">
    <w:abstractNumId w:val="6"/>
  </w:num>
  <w:num w:numId="3" w16cid:durableId="409087367">
    <w:abstractNumId w:val="5"/>
  </w:num>
  <w:num w:numId="4" w16cid:durableId="1591505205">
    <w:abstractNumId w:val="4"/>
  </w:num>
  <w:num w:numId="5" w16cid:durableId="1442841459">
    <w:abstractNumId w:val="7"/>
  </w:num>
  <w:num w:numId="6" w16cid:durableId="1515220592">
    <w:abstractNumId w:val="3"/>
  </w:num>
  <w:num w:numId="7" w16cid:durableId="429814993">
    <w:abstractNumId w:val="2"/>
  </w:num>
  <w:num w:numId="8" w16cid:durableId="1448088353">
    <w:abstractNumId w:val="1"/>
  </w:num>
  <w:num w:numId="9" w16cid:durableId="191971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F79"/>
    <w:rsid w:val="00034616"/>
    <w:rsid w:val="00052C96"/>
    <w:rsid w:val="0006063C"/>
    <w:rsid w:val="00064527"/>
    <w:rsid w:val="00093A86"/>
    <w:rsid w:val="00097E1D"/>
    <w:rsid w:val="000A4CCA"/>
    <w:rsid w:val="000B6478"/>
    <w:rsid w:val="000C3414"/>
    <w:rsid w:val="0011349B"/>
    <w:rsid w:val="00130768"/>
    <w:rsid w:val="0015074B"/>
    <w:rsid w:val="00171F02"/>
    <w:rsid w:val="00174D15"/>
    <w:rsid w:val="0017648F"/>
    <w:rsid w:val="001A14C7"/>
    <w:rsid w:val="001C2F5F"/>
    <w:rsid w:val="001E6C36"/>
    <w:rsid w:val="0023243F"/>
    <w:rsid w:val="002411A3"/>
    <w:rsid w:val="002430BC"/>
    <w:rsid w:val="0025794B"/>
    <w:rsid w:val="002835CE"/>
    <w:rsid w:val="00296089"/>
    <w:rsid w:val="0029639D"/>
    <w:rsid w:val="002A2895"/>
    <w:rsid w:val="002A29C6"/>
    <w:rsid w:val="002B7A96"/>
    <w:rsid w:val="002E3A8D"/>
    <w:rsid w:val="002E69F9"/>
    <w:rsid w:val="00302FC0"/>
    <w:rsid w:val="003072A1"/>
    <w:rsid w:val="00326F90"/>
    <w:rsid w:val="00344064"/>
    <w:rsid w:val="00360B63"/>
    <w:rsid w:val="00367890"/>
    <w:rsid w:val="003D0F5A"/>
    <w:rsid w:val="003D4513"/>
    <w:rsid w:val="004043C7"/>
    <w:rsid w:val="00450B75"/>
    <w:rsid w:val="004572EE"/>
    <w:rsid w:val="0046692C"/>
    <w:rsid w:val="0048481B"/>
    <w:rsid w:val="00486960"/>
    <w:rsid w:val="0049058F"/>
    <w:rsid w:val="004A4369"/>
    <w:rsid w:val="004A5E56"/>
    <w:rsid w:val="004C4B23"/>
    <w:rsid w:val="004D0126"/>
    <w:rsid w:val="004D5A35"/>
    <w:rsid w:val="004D5C06"/>
    <w:rsid w:val="004F3EA1"/>
    <w:rsid w:val="004F6E39"/>
    <w:rsid w:val="00503401"/>
    <w:rsid w:val="00503971"/>
    <w:rsid w:val="005219A6"/>
    <w:rsid w:val="00535CFF"/>
    <w:rsid w:val="0054498C"/>
    <w:rsid w:val="00554D59"/>
    <w:rsid w:val="00573E7C"/>
    <w:rsid w:val="00582442"/>
    <w:rsid w:val="00586097"/>
    <w:rsid w:val="005A272F"/>
    <w:rsid w:val="005D7894"/>
    <w:rsid w:val="005E6CBB"/>
    <w:rsid w:val="005F4AE2"/>
    <w:rsid w:val="00602DF6"/>
    <w:rsid w:val="00631914"/>
    <w:rsid w:val="006906DE"/>
    <w:rsid w:val="00694062"/>
    <w:rsid w:val="00697DFA"/>
    <w:rsid w:val="006A7FDA"/>
    <w:rsid w:val="006D2F17"/>
    <w:rsid w:val="007152D0"/>
    <w:rsid w:val="00722549"/>
    <w:rsid w:val="0075281B"/>
    <w:rsid w:val="00766EAD"/>
    <w:rsid w:val="00770F9B"/>
    <w:rsid w:val="007841A8"/>
    <w:rsid w:val="007C0AFF"/>
    <w:rsid w:val="007C28C9"/>
    <w:rsid w:val="007E0B62"/>
    <w:rsid w:val="007E0B8E"/>
    <w:rsid w:val="007E68A6"/>
    <w:rsid w:val="007F083B"/>
    <w:rsid w:val="007F097E"/>
    <w:rsid w:val="00803676"/>
    <w:rsid w:val="008078A7"/>
    <w:rsid w:val="008744E7"/>
    <w:rsid w:val="008A6961"/>
    <w:rsid w:val="008F59AB"/>
    <w:rsid w:val="008F7EC8"/>
    <w:rsid w:val="0091501F"/>
    <w:rsid w:val="0091725A"/>
    <w:rsid w:val="00932A89"/>
    <w:rsid w:val="00960BF7"/>
    <w:rsid w:val="00984CDC"/>
    <w:rsid w:val="00997CA1"/>
    <w:rsid w:val="009A6406"/>
    <w:rsid w:val="009E219B"/>
    <w:rsid w:val="009E66B0"/>
    <w:rsid w:val="009F0D61"/>
    <w:rsid w:val="00A26791"/>
    <w:rsid w:val="00A4752A"/>
    <w:rsid w:val="00AA1D8D"/>
    <w:rsid w:val="00AF34D9"/>
    <w:rsid w:val="00B47730"/>
    <w:rsid w:val="00B526FF"/>
    <w:rsid w:val="00B739E9"/>
    <w:rsid w:val="00B73D6F"/>
    <w:rsid w:val="00B81271"/>
    <w:rsid w:val="00B8261A"/>
    <w:rsid w:val="00B97374"/>
    <w:rsid w:val="00BC3F59"/>
    <w:rsid w:val="00BE0B17"/>
    <w:rsid w:val="00BF64D3"/>
    <w:rsid w:val="00C565AC"/>
    <w:rsid w:val="00C829BE"/>
    <w:rsid w:val="00C93BAB"/>
    <w:rsid w:val="00C97269"/>
    <w:rsid w:val="00CB0664"/>
    <w:rsid w:val="00CB305E"/>
    <w:rsid w:val="00CB5473"/>
    <w:rsid w:val="00D03393"/>
    <w:rsid w:val="00D12560"/>
    <w:rsid w:val="00D13007"/>
    <w:rsid w:val="00D36461"/>
    <w:rsid w:val="00D54707"/>
    <w:rsid w:val="00DA4F96"/>
    <w:rsid w:val="00DC4E02"/>
    <w:rsid w:val="00DD2384"/>
    <w:rsid w:val="00DE075C"/>
    <w:rsid w:val="00E1062A"/>
    <w:rsid w:val="00E8770E"/>
    <w:rsid w:val="00E97794"/>
    <w:rsid w:val="00EA0631"/>
    <w:rsid w:val="00EA19A2"/>
    <w:rsid w:val="00EC14B6"/>
    <w:rsid w:val="00ED1E60"/>
    <w:rsid w:val="00F1306A"/>
    <w:rsid w:val="00F53407"/>
    <w:rsid w:val="00F93E82"/>
    <w:rsid w:val="00FA7C77"/>
    <w:rsid w:val="00FC3287"/>
    <w:rsid w:val="00FC693F"/>
    <w:rsid w:val="00FD2982"/>
    <w:rsid w:val="00FF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C79168DF-5DA3-450D-8A59-6E663F33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8F7E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E1B51A322A483A8E84C58EE04BC2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D38ED3-29BF-4F05-928D-B76514FB3E35}"/>
      </w:docPartPr>
      <w:docPartBody>
        <w:p w:rsidR="003A17A3" w:rsidRDefault="005862C7" w:rsidP="005862C7">
          <w:pPr>
            <w:pStyle w:val="67E1B51A322A483A8E84C58EE04BC2F83"/>
          </w:pPr>
          <w:r>
            <w:rPr>
              <w:rFonts w:ascii="Komet Pro Regular" w:hAnsi="Komet Pro Regular"/>
              <w:sz w:val="20"/>
              <w:szCs w:val="20"/>
            </w:rPr>
            <w:t xml:space="preserve">                                           </w:t>
          </w:r>
        </w:p>
      </w:docPartBody>
    </w:docPart>
    <w:docPart>
      <w:docPartPr>
        <w:name w:val="32EEDEB211174F2C8DB6AB6B75F43A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2CA8A1-7E75-4DE3-8CDC-F26C21EA4A74}"/>
      </w:docPartPr>
      <w:docPartBody>
        <w:p w:rsidR="003A17A3" w:rsidRDefault="005862C7" w:rsidP="005862C7">
          <w:pPr>
            <w:pStyle w:val="32EEDEB211174F2C8DB6AB6B75F43A243"/>
          </w:pP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E08485-B6AE-4CE0-AE10-1198F7CC54C9}"/>
      </w:docPartPr>
      <w:docPartBody>
        <w:p w:rsidR="008B1AD3" w:rsidRDefault="00B768D9">
          <w:r w:rsidRPr="00B6766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7AD660B39C4104A272D72CEAAAD6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ED777E-DDD4-46F0-8EA7-EBF27DDF3382}"/>
      </w:docPartPr>
      <w:docPartBody>
        <w:p w:rsidR="008B1AD3" w:rsidRDefault="005862C7" w:rsidP="005862C7">
          <w:pPr>
            <w:pStyle w:val="EB7AD660B39C4104A272D72CEAAAD6073"/>
          </w:pP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</w:p>
      </w:docPartBody>
    </w:docPart>
    <w:docPart>
      <w:docPartPr>
        <w:name w:val="330C69A41D5740E28D8297D41C2BB4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88D82F-6D0C-4177-BA03-A9F002E4677E}"/>
      </w:docPartPr>
      <w:docPartBody>
        <w:p w:rsidR="008B1AD3" w:rsidRDefault="00B768D9" w:rsidP="00B768D9">
          <w:pPr>
            <w:pStyle w:val="330C69A41D5740E28D8297D41C2BB4256"/>
          </w:pPr>
          <w:r>
            <w:rPr>
              <w:rFonts w:ascii="Komet Pro Regular" w:hAnsi="Komet Pro Regular"/>
              <w:sz w:val="20"/>
              <w:szCs w:val="20"/>
            </w:rPr>
            <w:t xml:space="preserve"> </w:t>
          </w:r>
        </w:p>
      </w:docPartBody>
    </w:docPart>
    <w:docPart>
      <w:docPartPr>
        <w:name w:val="FB4F2A2F0BD64875A65368DE14E1CA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8AB3A8-CF42-48B1-A2EC-2B39279276B1}"/>
      </w:docPartPr>
      <w:docPartBody>
        <w:p w:rsidR="008B1AD3" w:rsidRDefault="005862C7" w:rsidP="005862C7">
          <w:pPr>
            <w:pStyle w:val="FB4F2A2F0BD64875A65368DE14E1CAF03"/>
          </w:pP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</w:p>
      </w:docPartBody>
    </w:docPart>
    <w:docPart>
      <w:docPartPr>
        <w:name w:val="11A9599F82074A8A8311E0F3731FFC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8928FC-6A71-4E65-BF73-866EE01F0D32}"/>
      </w:docPartPr>
      <w:docPartBody>
        <w:p w:rsidR="008B1AD3" w:rsidRDefault="003F7F5C" w:rsidP="003F7F5C">
          <w:pPr>
            <w:pStyle w:val="11A9599F82074A8A8311E0F3731FFC1D"/>
          </w:pPr>
          <w:r>
            <w:rPr>
              <w:rStyle w:val="Platzhaltertext"/>
              <w:rFonts w:ascii="Komet Pro Regular" w:hAnsi="Komet Pro Regular"/>
              <w:i/>
              <w:iCs/>
              <w:sz w:val="18"/>
              <w:szCs w:val="18"/>
            </w:rPr>
            <w:tab/>
          </w:r>
          <w:r>
            <w:rPr>
              <w:rStyle w:val="Platzhaltertext"/>
              <w:rFonts w:ascii="Komet Pro Regular" w:hAnsi="Komet Pro Regular"/>
              <w:i/>
              <w:iCs/>
              <w:sz w:val="18"/>
              <w:szCs w:val="18"/>
            </w:rPr>
            <w:tab/>
          </w:r>
          <w:r>
            <w:rPr>
              <w:rStyle w:val="Platzhaltertext"/>
              <w:rFonts w:ascii="Komet Pro Regular" w:hAnsi="Komet Pro Regular"/>
              <w:i/>
              <w:iCs/>
              <w:sz w:val="18"/>
              <w:szCs w:val="18"/>
            </w:rPr>
            <w:tab/>
          </w:r>
          <w:r>
            <w:rPr>
              <w:rStyle w:val="Platzhaltertext"/>
              <w:rFonts w:ascii="Komet Pro Regular" w:hAnsi="Komet Pro Regular"/>
              <w:i/>
              <w:iCs/>
              <w:sz w:val="18"/>
              <w:szCs w:val="18"/>
            </w:rPr>
            <w:tab/>
          </w:r>
        </w:p>
      </w:docPartBody>
    </w:docPart>
    <w:docPart>
      <w:docPartPr>
        <w:name w:val="20C1BEC1FDDA4E5C9876DB3926C739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8229C-F336-4B78-8050-27483D66A991}"/>
      </w:docPartPr>
      <w:docPartBody>
        <w:p w:rsidR="008B1AD3" w:rsidRDefault="005862C7" w:rsidP="005862C7">
          <w:pPr>
            <w:pStyle w:val="20C1BEC1FDDA4E5C9876DB3926C739C73"/>
          </w:pP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3670BEFFECDF46649D69326B0AD18F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CE4A47-8D32-4756-9645-56FFA1509404}"/>
      </w:docPartPr>
      <w:docPartBody>
        <w:p w:rsidR="008B1AD3" w:rsidRDefault="005862C7" w:rsidP="005862C7">
          <w:pPr>
            <w:pStyle w:val="3670BEFFECDF46649D69326B0AD18F223"/>
          </w:pP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  <w:t xml:space="preserve">     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F914C42683C0418985CB9568FC46CF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46015B-A440-4E9B-B527-2267A690BC69}"/>
      </w:docPartPr>
      <w:docPartBody>
        <w:p w:rsidR="008B1AD3" w:rsidRDefault="005862C7" w:rsidP="005862C7">
          <w:pPr>
            <w:pStyle w:val="F914C42683C0418985CB9568FC46CF843"/>
          </w:pP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38058E6450F448C482A3835F1ABEF3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811B4A-92C8-4741-9ABF-76C46B3B4DBE}"/>
      </w:docPartPr>
      <w:docPartBody>
        <w:p w:rsidR="008B1AD3" w:rsidRDefault="005862C7" w:rsidP="005862C7">
          <w:pPr>
            <w:pStyle w:val="38058E6450F448C482A3835F1ABEF3CC3"/>
          </w:pP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  <w:t xml:space="preserve">   </w:t>
          </w:r>
        </w:p>
      </w:docPartBody>
    </w:docPart>
    <w:docPart>
      <w:docPartPr>
        <w:name w:val="BF13C52B2E6340C88A87D26925C1A9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E371B7-582E-4E89-AAB6-B85449E48AAD}"/>
      </w:docPartPr>
      <w:docPartBody>
        <w:p w:rsidR="008B1AD3" w:rsidRDefault="005862C7" w:rsidP="005862C7">
          <w:pPr>
            <w:pStyle w:val="BF13C52B2E6340C88A87D26925C1A9803"/>
          </w:pP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</w:r>
          <w:r>
            <w:rPr>
              <w:rFonts w:ascii="Komet Pro Regular" w:hAnsi="Komet Pro Regular"/>
              <w:sz w:val="20"/>
              <w:szCs w:val="20"/>
            </w:rPr>
            <w:tab/>
            <w:t xml:space="preserve"> </w:t>
          </w:r>
        </w:p>
      </w:docPartBody>
    </w:docPart>
    <w:docPart>
      <w:docPartPr>
        <w:name w:val="25CF8948715F4A219FD0719F4C847D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C6E4ED-4B1C-4EA1-B8A3-5DBEFC45910E}"/>
      </w:docPartPr>
      <w:docPartBody>
        <w:p w:rsidR="008B1AD3" w:rsidRDefault="005862C7" w:rsidP="005862C7">
          <w:pPr>
            <w:pStyle w:val="25CF8948715F4A219FD0719F4C847D033"/>
          </w:pP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B36493A6D198480380ED67EF8C5CE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D5D64B-421A-498E-AD49-B5B22474CAF6}"/>
      </w:docPartPr>
      <w:docPartBody>
        <w:p w:rsidR="00672343" w:rsidRDefault="005862C7" w:rsidP="005862C7">
          <w:pPr>
            <w:pStyle w:val="B36493A6D198480380ED67EF8C5CECD33"/>
          </w:pPr>
          <w:r>
            <w:rPr>
              <w:rStyle w:val="Platzhaltertext"/>
            </w:rPr>
            <w:t xml:space="preserve">                                                      </w:t>
          </w:r>
        </w:p>
      </w:docPartBody>
    </w:docPart>
    <w:docPart>
      <w:docPartPr>
        <w:name w:val="2976A7F2F8E94145B8367214184198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12F52F-4237-4258-8475-CFF3E6C20FC4}"/>
      </w:docPartPr>
      <w:docPartBody>
        <w:p w:rsidR="00672343" w:rsidRDefault="005862C7" w:rsidP="005862C7">
          <w:pPr>
            <w:pStyle w:val="2976A7F2F8E94145B8367214184198173"/>
          </w:pPr>
          <w:r>
            <w:rPr>
              <w:rStyle w:val="Platzhaltertext"/>
            </w:rPr>
            <w:t xml:space="preserve">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Komet Pro Regular">
    <w:panose1 w:val="020B0502030308020B04"/>
    <w:charset w:val="00"/>
    <w:family w:val="swiss"/>
    <w:pitch w:val="variable"/>
    <w:sig w:usb0="A00000AF" w:usb1="00000031" w:usb2="00000000" w:usb3="00000000" w:csb0="0000009B" w:csb1="00000000"/>
  </w:font>
  <w:font w:name="Neo Tech Std Medium">
    <w:panose1 w:val="020B0604030504040204"/>
    <w:charset w:val="00"/>
    <w:family w:val="swiss"/>
    <w:notTrueType/>
    <w:pitch w:val="variable"/>
    <w:sig w:usb0="800000AF" w:usb1="5000205B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38D"/>
    <w:rsid w:val="0011349B"/>
    <w:rsid w:val="00171F02"/>
    <w:rsid w:val="00174D15"/>
    <w:rsid w:val="00205307"/>
    <w:rsid w:val="002411A3"/>
    <w:rsid w:val="00357966"/>
    <w:rsid w:val="003A17A3"/>
    <w:rsid w:val="003F7F5C"/>
    <w:rsid w:val="005862C7"/>
    <w:rsid w:val="005A272F"/>
    <w:rsid w:val="00672343"/>
    <w:rsid w:val="006E7DDF"/>
    <w:rsid w:val="00753448"/>
    <w:rsid w:val="008744E7"/>
    <w:rsid w:val="00882B2B"/>
    <w:rsid w:val="008B1AD3"/>
    <w:rsid w:val="0091501F"/>
    <w:rsid w:val="009B5DA5"/>
    <w:rsid w:val="00A1738D"/>
    <w:rsid w:val="00A250F2"/>
    <w:rsid w:val="00A26791"/>
    <w:rsid w:val="00A702A1"/>
    <w:rsid w:val="00A861CC"/>
    <w:rsid w:val="00AA6250"/>
    <w:rsid w:val="00B17612"/>
    <w:rsid w:val="00B768D9"/>
    <w:rsid w:val="00B8261A"/>
    <w:rsid w:val="00CB5473"/>
    <w:rsid w:val="00D207CC"/>
    <w:rsid w:val="00E57AC1"/>
    <w:rsid w:val="00F835E5"/>
    <w:rsid w:val="00F93E82"/>
    <w:rsid w:val="00FE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862C7"/>
    <w:rPr>
      <w:color w:val="666666"/>
    </w:rPr>
  </w:style>
  <w:style w:type="paragraph" w:customStyle="1" w:styleId="330C69A41D5740E28D8297D41C2BB4256">
    <w:name w:val="330C69A41D5740E28D8297D41C2BB4256"/>
    <w:rsid w:val="00B768D9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1A9599F82074A8A8311E0F3731FFC1D">
    <w:name w:val="11A9599F82074A8A8311E0F3731FFC1D"/>
    <w:rsid w:val="003F7F5C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32EEDEB211174F2C8DB6AB6B75F43A243">
    <w:name w:val="32EEDEB211174F2C8DB6AB6B75F43A24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7E1B51A322A483A8E84C58EE04BC2F83">
    <w:name w:val="67E1B51A322A483A8E84C58EE04BC2F8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EB7AD660B39C4104A272D72CEAAAD6073">
    <w:name w:val="EB7AD660B39C4104A272D72CEAAAD607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B4F2A2F0BD64875A65368DE14E1CAF03">
    <w:name w:val="FB4F2A2F0BD64875A65368DE14E1CAF0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0C1BEC1FDDA4E5C9876DB3926C739C73">
    <w:name w:val="20C1BEC1FDDA4E5C9876DB3926C739C7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3670BEFFECDF46649D69326B0AD18F223">
    <w:name w:val="3670BEFFECDF46649D69326B0AD18F22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F914C42683C0418985CB9568FC46CF843">
    <w:name w:val="F914C42683C0418985CB9568FC46CF84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F13C52B2E6340C88A87D26925C1A9803">
    <w:name w:val="BF13C52B2E6340C88A87D26925C1A980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38058E6450F448C482A3835F1ABEF3CC3">
    <w:name w:val="38058E6450F448C482A3835F1ABEF3CC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5CF8948715F4A219FD0719F4C847D033">
    <w:name w:val="25CF8948715F4A219FD0719F4C847D03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36493A6D198480380ED67EF8C5CECD33">
    <w:name w:val="B36493A6D198480380ED67EF8C5CECD3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2976A7F2F8E94145B8367214184198173">
    <w:name w:val="2976A7F2F8E94145B8367214184198173"/>
    <w:rsid w:val="005862C7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6e44c6-84f6-45ab-862c-fa8b023a4096">
      <Terms xmlns="http://schemas.microsoft.com/office/infopath/2007/PartnerControls"/>
    </lcf76f155ced4ddcb4097134ff3c332f>
    <TaxCatchAll xmlns="03d7caee-3c35-4b57-8216-7f70019f736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279E905CFFF34285A20C48D227A392" ma:contentTypeVersion="13" ma:contentTypeDescription="Ein neues Dokument erstellen." ma:contentTypeScope="" ma:versionID="15177f5350b61197d40af78f130d0753">
  <xsd:schema xmlns:xsd="http://www.w3.org/2001/XMLSchema" xmlns:xs="http://www.w3.org/2001/XMLSchema" xmlns:p="http://schemas.microsoft.com/office/2006/metadata/properties" xmlns:ns2="986e44c6-84f6-45ab-862c-fa8b023a4096" xmlns:ns3="03d7caee-3c35-4b57-8216-7f70019f7363" targetNamespace="http://schemas.microsoft.com/office/2006/metadata/properties" ma:root="true" ma:fieldsID="ab51c1f3027e69c1fcc2100f22cfad05" ns2:_="" ns3:_="">
    <xsd:import namespace="986e44c6-84f6-45ab-862c-fa8b023a4096"/>
    <xsd:import namespace="03d7caee-3c35-4b57-8216-7f70019f73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e44c6-84f6-45ab-862c-fa8b023a40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c4b8ee9-5c49-4314-b7ab-7f22d141c5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7caee-3c35-4b57-8216-7f70019f736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1fbccb2-9200-47d9-853a-0bcb2d05294f}" ma:internalName="TaxCatchAll" ma:showField="CatchAllData" ma:web="03d7caee-3c35-4b57-8216-7f70019f73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F62E2-143D-4200-9FFF-7E0477242A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084DF8-DD28-4C25-A3E3-22D93A38E680}">
  <ds:schemaRefs>
    <ds:schemaRef ds:uri="http://schemas.microsoft.com/office/2006/metadata/properties"/>
    <ds:schemaRef ds:uri="http://schemas.microsoft.com/office/infopath/2007/PartnerControls"/>
    <ds:schemaRef ds:uri="986e44c6-84f6-45ab-862c-fa8b023a4096"/>
    <ds:schemaRef ds:uri="03d7caee-3c35-4b57-8216-7f70019f7363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CD11C5-4029-432A-802E-22FE6701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e44c6-84f6-45ab-862c-fa8b023a4096"/>
    <ds:schemaRef ds:uri="03d7caee-3c35-4b57-8216-7f70019f73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Panagiota Gazani</dc:creator>
  <cp:keywords/>
  <dc:description>generated by python-docx</dc:description>
  <cp:lastModifiedBy>Panagiota Gazani</cp:lastModifiedBy>
  <cp:revision>41</cp:revision>
  <dcterms:created xsi:type="dcterms:W3CDTF">2026-09-16T09:15:00Z</dcterms:created>
  <dcterms:modified xsi:type="dcterms:W3CDTF">2026-09-29T10:06:00Z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0x01010052279E905CFFF34285A20C48D227A392</vt:lpwstr>
  </property>
  <property fmtid="{D5CDD505-2E9C-101B-9397-08002B2CF9AE}" pid="3" name="MediaServiceImageTags">
    <vt:lpwstr/>
  </property>
</Properties>
</file>